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6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Stakeholder Register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3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รายชื่อผู้มีส่วนได้ส่วนเสีย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สรุปชื่อผู้มีส่วนได้ส่วนเสียหลั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6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</w:p>
        </w:tc>
        <w:tc>
          <w:tcPr>
            <w:tcW w:type="dxa" w:w="106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(Role)</w:t>
            </w:r>
          </w:p>
        </w:tc>
        <w:tc>
          <w:tcPr>
            <w:tcW w:type="dxa" w:w="33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วามรับผิดชอบหลั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(Responsibility)</w:t>
            </w:r>
          </w:p>
        </w:tc>
        <w:tc>
          <w:tcPr>
            <w:tcW w:type="dxa" w:w="16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ารมีส่วนร่วม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(Engagement)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6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ธรณ์</w:t>
            </w:r>
          </w:p>
        </w:tc>
        <w:tc>
          <w:tcPr>
            <w:tcW w:type="dxa" w:w="67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  <w:tc>
          <w:tcPr>
            <w:tcW w:type="dxa" w:w="106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Sponsor</w:t>
            </w:r>
          </w:p>
        </w:tc>
        <w:tc>
          <w:tcPr>
            <w:tcW w:type="dxa" w:w="33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และอนุมัติปิดโ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 (Approve), 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(Inform)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6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ประทีป</w:t>
            </w:r>
          </w:p>
        </w:tc>
        <w:tc>
          <w:tcPr>
            <w:tcW w:type="dxa" w:w="67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06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Manager</w:t>
            </w:r>
          </w:p>
        </w:tc>
        <w:tc>
          <w:tcPr>
            <w:tcW w:type="dxa" w:w="33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16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 (Accountable),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6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06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Analyst</w:t>
            </w:r>
          </w:p>
        </w:tc>
        <w:tc>
          <w:tcPr>
            <w:tcW w:type="dxa" w:w="339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Design</w:t>
            </w:r>
          </w:p>
        </w:tc>
        <w:tc>
          <w:tcPr>
            <w:tcW w:type="dxa" w:w="16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6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06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39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6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6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06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QA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  <w:tc>
          <w:tcPr>
            <w:tcW w:type="dxa" w:w="339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จัดทำและดำเนิน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16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ชมภู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ุมรหัสเอ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หัวหน้าฝ่าย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และใช้งานระบบจริง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 (Consult), 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(Review)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ายและฝ่ายจัด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ซื้อ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 (Consult)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Administrator)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ผู้สนับสนุน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เฝ้าระวัง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ืนระบบ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 (Consult), 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(Inform)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หมายเหตุ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รหัสระดับ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ารมีส่วนร่วม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(Engagement Level)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A: Approve, R: Responsible, C: Consult, I:</w:t>
      </w:r>
    </w:p>
    <w:p>
      <w:pPr>
        <w:autoSpaceDN w:val="0"/>
        <w:autoSpaceDE w:val="0"/>
        <w:widowControl/>
        <w:spacing w:line="246" w:lineRule="exact" w:before="70" w:after="1508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Inform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RACI Matrix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ารมีส่วนร่วมในแต่ละบทบาท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ช่องทาง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ารสื่อสาร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986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222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  <w:tc>
          <w:tcPr>
            <w:tcW w:type="dxa" w:w="112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2114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(Progress Status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Record)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งวดรายงาน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Sponsor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ประชุมติดตามโ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(Minutes of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Meeting)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ตามจุดตรวจสอบที่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แผนงาน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้องทั้งหมด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 / ThS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และผู้รับผิดชอบที่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(Change Report)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ณะพิจารณา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keholder-regis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