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0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Charter Report</w:t>
            </w:r>
          </w:p>
        </w:tc>
        <w:tc>
          <w:tcPr>
            <w:tcW w:type="dxa" w:w="22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9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25690123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ฎบัตรโ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Charter)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้อมูลโ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(Project Information)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4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9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4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4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4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วันที่เริ่มโ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4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(232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4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(ApS)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4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ผู้อนุมัติโ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(Project Sponsor)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(Project Objectives)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ารพัฒนาระบบบริหารจัด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เอ็นเตอร์ไพรส์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ึ้นเพื่อรวมศูนย์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46" w:lineRule="exact" w:before="54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และงานบัญชี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รบวงจร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โดยมีวัตถุประสง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์ดังนี้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82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วัตถุประสง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(Objective)</w:t>
            </w:r>
          </w:p>
        </w:tc>
        <w:tc>
          <w:tcPr>
            <w:tcW w:type="dxa" w:w="623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(Description)</w:t>
            </w:r>
          </w:p>
        </w:tc>
      </w:tr>
      <w:tr>
        <w:trPr>
          <w:trHeight w:hRule="exact" w:val="720"/>
        </w:trPr>
        <w:tc>
          <w:tcPr>
            <w:tcW w:type="dxa" w:w="28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รวมศูนย์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ารบริหาร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623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ทดแทน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ระจายอยู่หลายระบบ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ให้ยอดสิน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ต้องและตรวจสอบได้จา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แหล่งเดียว</w:t>
            </w:r>
          </w:p>
        </w:tc>
      </w:tr>
      <w:tr>
        <w:trPr>
          <w:trHeight w:hRule="exact" w:val="450"/>
        </w:trPr>
        <w:tc>
          <w:tcPr>
            <w:tcW w:type="dxa" w:w="28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รองรับหลายบริษัทและหลาย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623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องผู้ใช้แต่ละรายให้อยู่ในบริษัทและ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ลังที่ได้รับสิทธิ์</w:t>
            </w:r>
          </w:p>
        </w:tc>
      </w:tr>
      <w:tr>
        <w:trPr>
          <w:trHeight w:hRule="exact" w:val="464"/>
        </w:trPr>
        <w:tc>
          <w:tcPr>
            <w:tcW w:type="dxa" w:w="282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เชื่อมโยงงานปฏิบัติ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ับงานบัญชี</w:t>
            </w:r>
          </w:p>
        </w:tc>
        <w:tc>
          <w:tcPr>
            <w:tcW w:type="dxa" w:w="623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ายและงานจัดซื้อบันทึ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้องโดยอัตโนมัติ</w:t>
            </w:r>
          </w:p>
        </w:tc>
      </w:tr>
      <w:tr>
        <w:trPr>
          <w:trHeight w:hRule="exact" w:val="720"/>
        </w:trPr>
        <w:tc>
          <w:tcPr>
            <w:tcW w:type="dxa" w:w="282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วามสามารถใน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</w:t>
            </w:r>
          </w:p>
        </w:tc>
        <w:tc>
          <w:tcPr>
            <w:tcW w:type="dxa" w:w="623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หมดอายุ</w:t>
            </w:r>
          </w:p>
        </w:tc>
      </w:tr>
      <w:tr>
        <w:trPr>
          <w:trHeight w:hRule="exact" w:val="450"/>
        </w:trPr>
        <w:tc>
          <w:tcPr>
            <w:tcW w:type="dxa" w:w="282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ให้ติดตั้งและดูแลรั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ษาได้อย่างเป็นระบบ</w:t>
            </w:r>
          </w:p>
        </w:tc>
        <w:tc>
          <w:tcPr>
            <w:tcW w:type="dxa" w:w="623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ั้นตอนติดตั้ง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ืนที่ทำซ้ำได้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(Scope of Work)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3196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525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Name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31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ารผู้ใช้งานและสิทธิ์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Identity, Role and Application-Access Management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319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525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Data Management (Warehouse, Product, Contact)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31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Inventory Control (Stock in/out/transfer, Lot, Serial, Expiry,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Barcode)</w:t>
            </w:r>
          </w:p>
        </w:tc>
      </w:tr>
      <w:tr>
        <w:trPr>
          <w:trHeight w:hRule="exact" w:val="468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31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(Quotation, Order, Invoice, Return, Credit Note)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31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(Request, Order, Invoice, Supplier Return)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319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(Finance)</w:t>
            </w:r>
          </w:p>
        </w:tc>
        <w:tc>
          <w:tcPr>
            <w:tcW w:type="dxa" w:w="525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 (Receipt Billing, Receipt, Payment Billing, Payment)</w:t>
            </w:r>
          </w:p>
        </w:tc>
      </w:tr>
      <w:tr>
        <w:trPr>
          <w:trHeight w:hRule="exact" w:val="70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31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(Accounting)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Accounting (Chart of Accounts, Department, Journal, General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Ledger)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31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ระบบรายงานและแดชบอร์ด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Reporting and Dashboard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319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525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Numbering and Lifecycle Control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31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ระบบแจ้งเตือนและงานตาม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Notification and Scheduled Job (Node.js, Socket.IO)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31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Deployment and Configuration (Manual / Docker Compose)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สรุปชื่อผู้มีส่วนได้ส่วนเสียหลั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 (Key 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9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ชื่อย่อ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(Role)</w:t>
            </w:r>
          </w:p>
        </w:tc>
        <w:tc>
          <w:tcPr>
            <w:tcW w:type="dxa" w:w="39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วามรับผิดชอบหลั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99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67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39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ตรวจรับส่งมอบ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9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39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บริหารแผนโ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ุณภาพ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996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67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39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แบบระบบ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996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67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39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พัฒนาระบบและดูแล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996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67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396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ุณภาพ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996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67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39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แผนระยะเวลาโ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(Project Timeline)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720"/>
        </w:trPr>
        <w:tc>
          <w:tcPr>
            <w:tcW w:type="dxa" w:w="170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Phase</w:t>
            </w:r>
          </w:p>
        </w:tc>
        <w:tc>
          <w:tcPr>
            <w:tcW w:type="dxa" w:w="103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610" w:right="0" w:hanging="39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Duration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23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(Date)</w:t>
            </w:r>
          </w:p>
        </w:tc>
        <w:tc>
          <w:tcPr>
            <w:tcW w:type="dxa" w:w="39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หมายเหตุ</w:t>
            </w:r>
          </w:p>
        </w:tc>
      </w:tr>
      <w:tr>
        <w:trPr>
          <w:trHeight w:hRule="exact" w:val="704"/>
        </w:trPr>
        <w:tc>
          <w:tcPr>
            <w:tcW w:type="dxa" w:w="170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Initiation</w:t>
            </w:r>
          </w:p>
        </w:tc>
        <w:tc>
          <w:tcPr>
            <w:tcW w:type="dxa" w:w="103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</w:t>
            </w:r>
          </w:p>
        </w:tc>
        <w:tc>
          <w:tcPr>
            <w:tcW w:type="dxa" w:w="23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39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Kick-off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Charter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Planning</w:t>
            </w:r>
          </w:p>
        </w:tc>
        <w:tc>
          <w:tcPr>
            <w:tcW w:type="dxa" w:w="103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38</w:t>
            </w:r>
          </w:p>
        </w:tc>
        <w:tc>
          <w:tcPr>
            <w:tcW w:type="dxa" w:w="23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18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9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Requirements, Software Project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Plan, Work Schedule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720"/>
        </w:trPr>
        <w:tc>
          <w:tcPr>
            <w:tcW w:type="dxa" w:w="170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Phase</w:t>
            </w:r>
          </w:p>
        </w:tc>
        <w:tc>
          <w:tcPr>
            <w:tcW w:type="dxa" w:w="103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610" w:right="0" w:hanging="39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Duration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238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(Date)</w:t>
            </w:r>
          </w:p>
        </w:tc>
        <w:tc>
          <w:tcPr>
            <w:tcW w:type="dxa" w:w="39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หมายเหตุ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Execution</w:t>
            </w:r>
          </w:p>
        </w:tc>
        <w:tc>
          <w:tcPr>
            <w:tcW w:type="dxa" w:w="103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10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100</w:t>
            </w:r>
          </w:p>
        </w:tc>
        <w:tc>
          <w:tcPr>
            <w:tcW w:type="dxa" w:w="238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29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9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พัฒนาระบบและจัดทำเอ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Verification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</w:t>
            </w:r>
          </w:p>
        </w:tc>
        <w:tc>
          <w:tcPr>
            <w:tcW w:type="dxa" w:w="103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  <w:tc>
          <w:tcPr>
            <w:tcW w:type="dxa" w:w="238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17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9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Close</w:t>
            </w:r>
          </w:p>
        </w:tc>
        <w:tc>
          <w:tcPr>
            <w:tcW w:type="dxa" w:w="103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238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39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อบรม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ไมล์และเ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วามสำเร็จ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22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ไมล์</w:t>
            </w:r>
          </w:p>
        </w:tc>
        <w:tc>
          <w:tcPr>
            <w:tcW w:type="dxa" w:w="301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  <w:tc>
          <w:tcPr>
            <w:tcW w:type="dxa" w:w="3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ณฑ์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วามสำเร็จ</w:t>
            </w:r>
          </w:p>
        </w:tc>
      </w:tr>
      <w:tr>
        <w:trPr>
          <w:trHeight w:hRule="exact" w:val="464"/>
        </w:trPr>
        <w:tc>
          <w:tcPr>
            <w:tcW w:type="dxa" w:w="22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ฎบัตรโ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01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Sponsor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ตและวัตถุประสง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01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18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Customer Requirements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และแผนงาน</w:t>
            </w:r>
          </w:p>
        </w:tc>
      </w:tr>
      <w:tr>
        <w:trPr>
          <w:trHeight w:hRule="exact" w:val="466"/>
        </w:trPr>
        <w:tc>
          <w:tcPr>
            <w:tcW w:type="dxa" w:w="22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</w:t>
            </w:r>
          </w:p>
        </w:tc>
        <w:tc>
          <w:tcPr>
            <w:tcW w:type="dxa" w:w="301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  <w:tc>
          <w:tcPr>
            <w:tcW w:type="dxa" w:w="301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22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ตรวจรับส่งมอบ</w:t>
            </w:r>
          </w:p>
        </w:tc>
        <w:tc>
          <w:tcPr>
            <w:tcW w:type="dxa" w:w="301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Accepted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01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ารอย่างเป็นทาง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charter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