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540"/>
        </w:trPr>
        <w:tc>
          <w:tcPr>
            <w:tcW w:type="dxa" w:w="1650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5086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List of Evidence</w:t>
            </w:r>
          </w:p>
        </w:tc>
        <w:tc>
          <w:tcPr>
            <w:tcW w:type="dxa" w:w="223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6166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25690824 V1.0 YaB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ารจัดเตรียมและ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็บเอ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(232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156"/>
        <w:ind w:left="0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PM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356"/>
            <w:tcBorders>
              <w:start w:sz="6.399999999999977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427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798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356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Statement of Work</w:t>
            </w:r>
          </w:p>
        </w:tc>
        <w:tc>
          <w:tcPr>
            <w:tcW w:type="dxa" w:w="427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Statement of Work 25690105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V1.0 ApS</w:t>
            </w:r>
          </w:p>
        </w:tc>
        <w:tc>
          <w:tcPr>
            <w:tcW w:type="dxa" w:w="798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ารและหนังสือเชิญประชุมเปิดโ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1770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356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Plan</w:t>
            </w:r>
          </w:p>
        </w:tc>
        <w:tc>
          <w:tcPr>
            <w:tcW w:type="dxa" w:w="427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1. 200-WMS-26-001-00 Work Schedule 25690213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2. 200-WMS-26-001-00 Software Project Plan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25690213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3. 200-WMS-26-001-00 Customer Requirements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25690206 V1.0 NoC</w:t>
            </w:r>
          </w:p>
        </w:tc>
        <w:tc>
          <w:tcPr>
            <w:tcW w:type="dxa" w:w="798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0"/>
          <w:footerReference w:type="default" r:id="rId11"/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356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427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798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8026"/>
        </w:trPr>
        <w:tc>
          <w:tcPr>
            <w:tcW w:type="dxa" w:w="52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356"/>
            <w:tcBorders>
              <w:start w:sz="6.399999999999977" w:val="single" w:color="#585858"/>
              <w:top w:sz="6.399999999999977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Progress Status Record (15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Report)</w:t>
            </w:r>
          </w:p>
        </w:tc>
        <w:tc>
          <w:tcPr>
            <w:tcW w:type="dxa" w:w="4274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25690109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25690123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25690206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4.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25690218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25690225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6.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25690317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7.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25690429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8.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25690508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9.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25690513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25690523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11.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25690529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12.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25690803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13.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25690814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14.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25690817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15.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25690824 V1.0 ApS</w:t>
            </w:r>
          </w:p>
        </w:tc>
        <w:tc>
          <w:tcPr>
            <w:tcW w:type="dxa" w:w="7980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้าวหน้า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ารรายงวด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356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427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798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356"/>
            <w:tcBorders>
              <w:start w:sz="6.399999999999977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Correction Register</w:t>
            </w:r>
          </w:p>
        </w:tc>
        <w:tc>
          <w:tcPr>
            <w:tcW w:type="dxa" w:w="4274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Correction Register 25690817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V1.0 YaB</w:t>
            </w:r>
          </w:p>
        </w:tc>
        <w:tc>
          <w:tcPr>
            <w:tcW w:type="dxa" w:w="7980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สารสรุปปัญหาที่พบระหว่างดำเนินโ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356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Acceptance Record</w:t>
            </w:r>
          </w:p>
        </w:tc>
        <w:tc>
          <w:tcPr>
            <w:tcW w:type="dxa" w:w="427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Acceptance Report 25690817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V1.0 ApS</w:t>
            </w:r>
          </w:p>
        </w:tc>
        <w:tc>
          <w:tcPr>
            <w:tcW w:type="dxa" w:w="798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(Sign off Letter)</w:t>
            </w:r>
          </w:p>
        </w:tc>
      </w:tr>
      <w:tr>
        <w:trPr>
          <w:trHeight w:hRule="exact" w:val="1770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2356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Change Requests (3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427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1. 200-WMS-26-001-00 Change Report 25690521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V1.0 NoC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2. 200-WMS-26-001-00 Change Report 25690808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3. 200-WMS-26-001-00 Change Report 25690810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V1.0 SeV</w:t>
            </w:r>
          </w:p>
        </w:tc>
        <w:tc>
          <w:tcPr>
            <w:tcW w:type="dxa" w:w="798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356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427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798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6466"/>
        </w:trPr>
        <w:tc>
          <w:tcPr>
            <w:tcW w:type="dxa" w:w="52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2356"/>
            <w:tcBorders>
              <w:start w:sz="6.399999999999977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Meeting Record (12 MoM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Report)</w:t>
            </w:r>
          </w:p>
        </w:tc>
        <w:tc>
          <w:tcPr>
            <w:tcW w:type="dxa" w:w="4274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25690105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25690123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25690218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4.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25690317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25690429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6.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25690513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7.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25690523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8.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25690529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9.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25690803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25690814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11.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25690817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12.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25690824 V1.0 YaB</w:t>
            </w:r>
          </w:p>
        </w:tc>
        <w:tc>
          <w:tcPr>
            <w:tcW w:type="dxa" w:w="7980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ารประชุมตามแผน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Schedule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2356"/>
            <w:tcBorders>
              <w:start w:sz="6.399999999999977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Configuration</w:t>
            </w:r>
          </w:p>
        </w:tc>
        <w:tc>
          <w:tcPr>
            <w:tcW w:type="dxa" w:w="427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Software Configuration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25690817 V1.0 ThS</w:t>
            </w:r>
          </w:p>
        </w:tc>
        <w:tc>
          <w:tcPr>
            <w:tcW w:type="dxa" w:w="798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วามเปลี่ยนแปลงต่าง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ๆ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2356"/>
            <w:tcBorders>
              <w:start w:sz="6.399999999999977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Repository</w:t>
            </w:r>
          </w:p>
        </w:tc>
        <w:tc>
          <w:tcPr>
            <w:tcW w:type="dxa" w:w="427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Project Repository 25690817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V1.0 ThS</w:t>
            </w:r>
          </w:p>
        </w:tc>
        <w:tc>
          <w:tcPr>
            <w:tcW w:type="dxa" w:w="798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(Git Server: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git@188.166.228.62:nok/wms-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app.git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356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427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798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2356"/>
            <w:tcBorders>
              <w:start w:sz="6.399999999999977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Repository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(Backup)</w:t>
            </w:r>
          </w:p>
        </w:tc>
        <w:tc>
          <w:tcPr>
            <w:tcW w:type="dxa" w:w="4274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Project Repository Backup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25690824 V1.0 ThS</w:t>
            </w:r>
          </w:p>
        </w:tc>
        <w:tc>
          <w:tcPr>
            <w:tcW w:type="dxa" w:w="7980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พื้นที่สำรองสำหรับ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(Git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git@github.com:thanakorninbox-dev/wms-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app.git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และชุดสำรองฐาน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ลาวด์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156"/>
        <w:ind w:left="0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SI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80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57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60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280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Requirements specification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(SRS)</w:t>
            </w:r>
          </w:p>
        </w:tc>
        <w:tc>
          <w:tcPr>
            <w:tcW w:type="dxa" w:w="574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Software Requirements 25690225 V1.0 NoC</w:t>
            </w:r>
          </w:p>
        </w:tc>
        <w:tc>
          <w:tcPr>
            <w:tcW w:type="dxa" w:w="60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สารแสดง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ารซอฟต์แวร์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</w:t>
            </w:r>
          </w:p>
        </w:tc>
        <w:tc>
          <w:tcPr>
            <w:tcW w:type="dxa" w:w="280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design</w:t>
            </w:r>
          </w:p>
        </w:tc>
        <w:tc>
          <w:tcPr>
            <w:tcW w:type="dxa" w:w="574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Software Design 25690306 V1.0 NoC</w:t>
            </w:r>
          </w:p>
        </w:tc>
        <w:tc>
          <w:tcPr>
            <w:tcW w:type="dxa" w:w="60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แบบระบบ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Baseline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13</w:t>
            </w:r>
          </w:p>
        </w:tc>
        <w:tc>
          <w:tcPr>
            <w:tcW w:type="dxa" w:w="280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Traceability record</w:t>
            </w:r>
          </w:p>
        </w:tc>
        <w:tc>
          <w:tcPr>
            <w:tcW w:type="dxa" w:w="57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Traceability Record 25690306 V1.0 NoC</w:t>
            </w:r>
          </w:p>
        </w:tc>
        <w:tc>
          <w:tcPr>
            <w:tcW w:type="dxa" w:w="60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ลับได้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(Traceability Matrix)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14</w:t>
            </w:r>
          </w:p>
        </w:tc>
        <w:tc>
          <w:tcPr>
            <w:tcW w:type="dxa" w:w="280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Components</w:t>
            </w:r>
          </w:p>
        </w:tc>
        <w:tc>
          <w:tcPr>
            <w:tcW w:type="dxa" w:w="574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Software Components 25690817 V1.0 ThS</w:t>
            </w:r>
          </w:p>
        </w:tc>
        <w:tc>
          <w:tcPr>
            <w:tcW w:type="dxa" w:w="60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สารแสดงส่วนประ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อบต่าง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ๆ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องโปรแ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รมแต่ละเวอร์ชัน</w:t>
            </w:r>
          </w:p>
        </w:tc>
      </w:tr>
      <w:tr>
        <w:trPr>
          <w:trHeight w:hRule="exact" w:val="706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15</w:t>
            </w:r>
          </w:p>
        </w:tc>
        <w:tc>
          <w:tcPr>
            <w:tcW w:type="dxa" w:w="280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Cases and Test Procedures</w:t>
            </w:r>
          </w:p>
        </w:tc>
        <w:tc>
          <w:tcPr>
            <w:tcW w:type="dxa" w:w="574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Test Case and Test Procedures 25690731 V1.0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60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สารแสดงตัวอย่างชุด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้อมูลที่ใช้ทดสอบ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16</w:t>
            </w:r>
          </w:p>
        </w:tc>
        <w:tc>
          <w:tcPr>
            <w:tcW w:type="dxa" w:w="280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Report</w:t>
            </w:r>
          </w:p>
        </w:tc>
        <w:tc>
          <w:tcPr>
            <w:tcW w:type="dxa" w:w="57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Test Report 25690814 V1.0 PaNg</w:t>
            </w:r>
          </w:p>
        </w:tc>
        <w:tc>
          <w:tcPr>
            <w:tcW w:type="dxa" w:w="60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ารทดสอบระบบ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17</w:t>
            </w:r>
          </w:p>
        </w:tc>
        <w:tc>
          <w:tcPr>
            <w:tcW w:type="dxa" w:w="280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</w:t>
            </w:r>
          </w:p>
        </w:tc>
        <w:tc>
          <w:tcPr>
            <w:tcW w:type="dxa" w:w="57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Software 25690817 V1.0 ThS</w:t>
            </w:r>
          </w:p>
        </w:tc>
        <w:tc>
          <w:tcPr>
            <w:tcW w:type="dxa" w:w="60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ซอฟต์แวร์สำหรับส่งมอบให้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(Baseline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Tag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final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18</w:t>
            </w:r>
          </w:p>
        </w:tc>
        <w:tc>
          <w:tcPr>
            <w:tcW w:type="dxa" w:w="280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User Documentation</w:t>
            </w:r>
          </w:p>
        </w:tc>
        <w:tc>
          <w:tcPr>
            <w:tcW w:type="dxa" w:w="57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Software User Document 25690814 V1.0 ThS</w:t>
            </w:r>
          </w:p>
        </w:tc>
        <w:tc>
          <w:tcPr>
            <w:tcW w:type="dxa" w:w="60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ารใช้งานสำหรับผู้ใช้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19</w:t>
            </w:r>
          </w:p>
        </w:tc>
        <w:tc>
          <w:tcPr>
            <w:tcW w:type="dxa" w:w="280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Product Operation Guide</w:t>
            </w:r>
          </w:p>
        </w:tc>
        <w:tc>
          <w:tcPr>
            <w:tcW w:type="dxa" w:w="574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Product Operation Guide 25690817 V1.0 ThS</w:t>
            </w:r>
          </w:p>
        </w:tc>
        <w:tc>
          <w:tcPr>
            <w:tcW w:type="dxa" w:w="60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</w:t>
            </w:r>
          </w:p>
        </w:tc>
        <w:tc>
          <w:tcPr>
            <w:tcW w:type="dxa" w:w="280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Maintenance Documentation</w:t>
            </w:r>
          </w:p>
        </w:tc>
        <w:tc>
          <w:tcPr>
            <w:tcW w:type="dxa" w:w="57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Maintenance Document 25690817 V1.0 ThS</w:t>
            </w:r>
          </w:p>
        </w:tc>
        <w:tc>
          <w:tcPr>
            <w:tcW w:type="dxa" w:w="60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ษาระบบ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804"/>
            <w:tcBorders>
              <w:start w:sz="6.399999999999977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574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606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1244"/>
        </w:trPr>
        <w:tc>
          <w:tcPr>
            <w:tcW w:type="dxa" w:w="52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21</w:t>
            </w:r>
          </w:p>
        </w:tc>
        <w:tc>
          <w:tcPr>
            <w:tcW w:type="dxa" w:w="2804"/>
            <w:tcBorders>
              <w:start w:sz="6.399999999999977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Verification result (4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5746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08" w:right="67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1. 200-WMS-26-001-00 Verification Results 25690317 V0.1 PaNg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2. 200-WMS-26-001-00 Verification Results 25690529 V0.2 PaNg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3. 200-WMS-26-001-00 Verification Results 25690731 V0.3 PaNg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4. 200-WMS-26-001-00 Verification Results 25690817 V1.0 PaNg</w:t>
            </w:r>
          </w:p>
        </w:tc>
        <w:tc>
          <w:tcPr>
            <w:tcW w:type="dxa" w:w="6060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ารจัดเตรียมและ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8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22</w:t>
            </w:r>
          </w:p>
        </w:tc>
        <w:tc>
          <w:tcPr>
            <w:tcW w:type="dxa" w:w="280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Validation result</w:t>
            </w:r>
          </w:p>
        </w:tc>
        <w:tc>
          <w:tcPr>
            <w:tcW w:type="dxa" w:w="57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Validation Results 25690814 V1.0 PaNg</w:t>
            </w:r>
          </w:p>
        </w:tc>
        <w:tc>
          <w:tcPr>
            <w:tcW w:type="dxa" w:w="60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(UAT)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156"/>
        <w:ind w:left="0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Other Document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3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6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475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3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Stakeholder Register</w:t>
            </w:r>
          </w:p>
        </w:tc>
        <w:tc>
          <w:tcPr>
            <w:tcW w:type="dxa" w:w="6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Stakeholder Register 25690116 V1.0 YaB</w:t>
            </w:r>
          </w:p>
        </w:tc>
        <w:tc>
          <w:tcPr>
            <w:tcW w:type="dxa" w:w="475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รายชื่อผู้มีส่วนได้ส่วนเสียและระดับ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ารมีส่วนร่วม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3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Charter Report</w:t>
            </w:r>
          </w:p>
        </w:tc>
        <w:tc>
          <w:tcPr>
            <w:tcW w:type="dxa" w:w="6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Project Charter Report 25690123 V1.0 YaB</w:t>
            </w:r>
          </w:p>
        </w:tc>
        <w:tc>
          <w:tcPr>
            <w:tcW w:type="dxa" w:w="475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ฎบัตรโ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3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TRACEABILITY-RECORD-Table</w:t>
            </w:r>
          </w:p>
        </w:tc>
        <w:tc>
          <w:tcPr>
            <w:tcW w:type="dxa" w:w="6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TRACEABILITY-RECORD 25690817 V1.0 NoC</w:t>
            </w:r>
          </w:p>
        </w:tc>
        <w:tc>
          <w:tcPr>
            <w:tcW w:type="dxa" w:w="475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ารถึงผล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3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Training Report</w:t>
            </w:r>
          </w:p>
        </w:tc>
        <w:tc>
          <w:tcPr>
            <w:tcW w:type="dxa" w:w="6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Training Report 25690822 V1.0 YaB</w:t>
            </w:r>
          </w:p>
        </w:tc>
        <w:tc>
          <w:tcPr>
            <w:tcW w:type="dxa" w:w="475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ารอบรมผู้ใช้งานระบบ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3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List of Evidence</w:t>
            </w:r>
          </w:p>
        </w:tc>
        <w:tc>
          <w:tcPr>
            <w:tcW w:type="dxa" w:w="6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สารฉบับนี้</w:t>
            </w:r>
          </w:p>
        </w:tc>
        <w:tc>
          <w:tcPr>
            <w:tcW w:type="dxa" w:w="475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ดัชนีเอ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ฐานทั้งหมด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รบถ้วน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ฐาน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7584"/>
        <w:gridCol w:w="7584"/>
      </w:tblGrid>
      <w:tr>
        <w:trPr>
          <w:trHeight w:hRule="exact" w:val="464"/>
        </w:trPr>
        <w:tc>
          <w:tcPr>
            <w:tcW w:type="dxa" w:w="14446"/>
            <w:tcBorders>
              <w:start w:sz="5.600000000000023" w:val="single" w:color="#585858"/>
              <w:top w:sz="5.599999999999909" w:val="single" w:color="#585858"/>
              <w:end w:sz="6.399999999999636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5.600000000000023" w:val="single" w:color="#585858"/>
              <w:top w:sz="5.599999999999909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Work Products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PM</w:t>
            </w:r>
          </w:p>
        </w:tc>
        <w:tc>
          <w:tcPr>
            <w:tcW w:type="dxa" w:w="69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5.600000000000023" w:val="single" w:color="#585858"/>
              <w:top w:sz="6.400000000000091" w:val="single" w:color="#585858"/>
              <w:end w:sz="6.399999999999636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Work Products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SI</w:t>
            </w:r>
          </w:p>
        </w:tc>
        <w:tc>
          <w:tcPr>
            <w:tcW w:type="dxa" w:w="69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5.600000000000023" w:val="single" w:color="#585858"/>
              <w:top w:sz="5.599999999999909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อบเพิ่มเติม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(Other Document)</w:t>
            </w:r>
          </w:p>
        </w:tc>
        <w:tc>
          <w:tcPr>
            <w:tcW w:type="dxa" w:w="69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7584"/>
        <w:gridCol w:w="7584"/>
      </w:tblGrid>
      <w:tr>
        <w:trPr>
          <w:trHeight w:hRule="exact" w:val="448"/>
        </w:trPr>
        <w:tc>
          <w:tcPr>
            <w:tcW w:type="dxa" w:w="14446"/>
            <w:tcBorders>
              <w:start w:sz="5.600000000000023" w:val="single" w:color="#585858"/>
              <w:top w:sz="5.600000000000023" w:val="single" w:color="#585858"/>
              <w:end w:sz="6.399999999999636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399999999999636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5.600000000000023" w:val="single" w:color="#585858"/>
              <w:top w:sz="6.399999999999977" w:val="single" w:color="#585858"/>
              <w:end w:sz="6.399999999999636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็บทั้งหมด</w:t>
            </w:r>
          </w:p>
        </w:tc>
        <w:tc>
          <w:tcPr>
            <w:tcW w:type="dxa" w:w="690"/>
            <w:tcBorders>
              <w:start w:sz="6.399999999999636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58</w:t>
            </w:r>
          </w:p>
        </w:tc>
      </w:tr>
      <w:tr>
        <w:trPr>
          <w:trHeight w:hRule="exact" w:val="452"/>
        </w:trPr>
        <w:tc>
          <w:tcPr>
            <w:tcW w:type="dxa" w:w="14446"/>
            <w:tcBorders>
              <w:start w:sz="5.600000000000023" w:val="single" w:color="#585858"/>
              <w:top w:sz="5.599999999999909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สารที่จัดเตรียม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69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58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5.600000000000023" w:val="single" w:color="#585858"/>
              <w:top w:sz="6.400000000000091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สารที่ยังไม่ได้จัดเตรียม</w:t>
            </w:r>
          </w:p>
        </w:tc>
        <w:tc>
          <w:tcPr>
            <w:tcW w:type="dxa" w:w="69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0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สารและหลั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ฐานทั้งหมดจัดเ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Project Repository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และสำรองไว้ตามที่ระบุในเอ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Project Repository (Backup)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โดยชุดเอ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ุมด้วย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Tag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sdlc-v1.0-final</w:t>
      </w:r>
    </w:p>
    <w:p>
      <w:pPr>
        <w:autoSpaceDN w:val="0"/>
        <w:autoSpaceDE w:val="0"/>
        <w:widowControl/>
        <w:spacing w:line="256" w:lineRule="exact" w:before="332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484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39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330"/>
            <w:tcBorders>
              <w:start w:sz="5.599999999999909" w:val="single" w:color="#585858"/>
              <w:top w:sz="6.400000000000091" w:val="single" w:color="#585858"/>
              <w:end w:sz="6.399999999999636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303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39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3330"/>
            <w:tcBorders>
              <w:start w:sz="5.599999999999909" w:val="single" w:color="#585858"/>
              <w:top w:sz="5.599999999999909" w:val="single" w:color="#585858"/>
              <w:end w:sz="6.399999999999636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484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39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330"/>
            <w:tcBorders>
              <w:start w:sz="5.599999999999909" w:val="single" w:color="#585858"/>
              <w:top w:sz="6.400000000000091" w:val="single" w:color="#585858"/>
              <w:end w:sz="6.399999999999636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303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39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3330"/>
            <w:tcBorders>
              <w:start w:sz="5.599999999999909" w:val="single" w:color="#585858"/>
              <w:top w:sz="5.599999999999909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484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39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330"/>
            <w:tcBorders>
              <w:start w:sz="5.599999999999909" w:val="single" w:color="#585858"/>
              <w:top w:sz="6.400000000000091" w:val="single" w:color="#585858"/>
              <w:end w:sz="6.399999999999636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303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39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3330"/>
            <w:tcBorders>
              <w:start w:sz="5.599999999999909" w:val="single" w:color="#585858"/>
              <w:top w:sz="5.599999999999909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814" w:bottom="10" w:left="856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5168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LoE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856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ist-of-evidenc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