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852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195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Verification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Results</w:t>
            </w:r>
          </w:p>
        </w:tc>
        <w:tc>
          <w:tcPr>
            <w:tcW w:type="dxa" w:w="2220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3240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25690817 V1.0 PaNg</w:t>
            </w:r>
          </w:p>
        </w:tc>
      </w:tr>
      <w:tr>
        <w:trPr>
          <w:trHeight w:hRule="exact" w:val="840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4" w:lineRule="exact" w:before="68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ารตรวจสอบตาม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ำหนด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องมาตรฐาน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รอบตรวจสอบ</w:t>
            </w:r>
          </w:p>
        </w:tc>
        <w:tc>
          <w:tcPr>
            <w:tcW w:type="dxa" w:w="195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6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รอบที่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4 (17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2569)</w:t>
            </w:r>
          </w:p>
        </w:tc>
        <w:tc>
          <w:tcPr>
            <w:tcW w:type="dxa" w:w="222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้อ</w:t>
            </w:r>
          </w:p>
        </w:tc>
        <w:tc>
          <w:tcPr>
            <w:tcW w:type="dxa" w:w="324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7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User Acceptance Test (UAT)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ตรวจสอบเอ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สารส่งมอบทั้งหมด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 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 (System Analyst)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6" w:lineRule="exact" w:before="418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(Objective)</w:t>
      </w:r>
    </w:p>
    <w:p>
      <w:pPr>
        <w:autoSpaceDN w:val="0"/>
        <w:autoSpaceDE w:val="0"/>
        <w:widowControl/>
        <w:spacing w:line="300" w:lineRule="exact" w:before="132" w:after="0"/>
        <w:ind w:left="256" w:right="576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(Verification)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จัดทำ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ึ้นเพื่อยืนยัน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ต้องและ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รบถ้วน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องสิ่งส่งมอบ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(Work Products)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ตามมาตรฐาน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ISO/IEC 29110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โดยวางแผนตรวจสอบเป็นรอบระหว่าง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ารดำเนินโ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และตรวจสอบรอบสุดท้าย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่อนส่งมอบระบบ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เพื่อลด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วามเสี่ยงด้าน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ุณภาพ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วามล่าช้า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่าใช้จ่ายที่เ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ิดจา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ย้อนหลัง</w:t>
      </w:r>
    </w:p>
    <w:p>
      <w:pPr>
        <w:autoSpaceDN w:val="0"/>
        <w:autoSpaceDE w:val="0"/>
        <w:widowControl/>
        <w:spacing w:line="230" w:lineRule="exact" w:before="434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Deliverables under Review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86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</w:t>
            </w:r>
          </w:p>
        </w:tc>
        <w:tc>
          <w:tcPr>
            <w:tcW w:type="dxa" w:w="819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สิ่งส่งมอบที่ตรวจสอบในรอบนี้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1.0</w:t>
            </w:r>
          </w:p>
        </w:tc>
        <w:tc>
          <w:tcPr>
            <w:tcW w:type="dxa" w:w="819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Project Plan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2.0</w:t>
            </w:r>
          </w:p>
        </w:tc>
        <w:tc>
          <w:tcPr>
            <w:tcW w:type="dxa" w:w="819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Requirements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3.0</w:t>
            </w:r>
          </w:p>
        </w:tc>
        <w:tc>
          <w:tcPr>
            <w:tcW w:type="dxa" w:w="819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Requirements</w:t>
            </w:r>
          </w:p>
        </w:tc>
      </w:tr>
      <w:tr>
        <w:trPr>
          <w:trHeight w:hRule="exact" w:val="466"/>
        </w:trPr>
        <w:tc>
          <w:tcPr>
            <w:tcW w:type="dxa" w:w="86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4.0</w:t>
            </w:r>
          </w:p>
        </w:tc>
        <w:tc>
          <w:tcPr>
            <w:tcW w:type="dxa" w:w="819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Design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5.0</w:t>
            </w:r>
          </w:p>
        </w:tc>
        <w:tc>
          <w:tcPr>
            <w:tcW w:type="dxa" w:w="819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Change Report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6.0</w:t>
            </w:r>
          </w:p>
        </w:tc>
        <w:tc>
          <w:tcPr>
            <w:tcW w:type="dxa" w:w="819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 and Test Procedures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7.0</w:t>
            </w:r>
          </w:p>
        </w:tc>
        <w:tc>
          <w:tcPr>
            <w:tcW w:type="dxa" w:w="819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Validation Results</w:t>
            </w:r>
          </w:p>
        </w:tc>
      </w:tr>
      <w:tr>
        <w:trPr>
          <w:trHeight w:hRule="exact" w:val="466"/>
        </w:trPr>
        <w:tc>
          <w:tcPr>
            <w:tcW w:type="dxa" w:w="86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8.0</w:t>
            </w:r>
          </w:p>
        </w:tc>
        <w:tc>
          <w:tcPr>
            <w:tcW w:type="dxa" w:w="819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User Document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9.0</w:t>
            </w:r>
          </w:p>
        </w:tc>
        <w:tc>
          <w:tcPr>
            <w:tcW w:type="dxa" w:w="819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ระบบที่ผ่าน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ารทดสอบพร้อมใช้งานจริง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10.0</w:t>
            </w:r>
          </w:p>
        </w:tc>
        <w:tc>
          <w:tcPr>
            <w:tcW w:type="dxa" w:w="819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Product Operation Guide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11.0</w:t>
            </w:r>
          </w:p>
        </w:tc>
        <w:tc>
          <w:tcPr>
            <w:tcW w:type="dxa" w:w="819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Maintenance Document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30" w:lineRule="exact" w:before="464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Risk &amp; Constraints Note</w:t>
      </w:r>
    </w:p>
    <w:p>
      <w:pPr>
        <w:autoSpaceDN w:val="0"/>
        <w:autoSpaceDE w:val="0"/>
        <w:widowControl/>
        <w:spacing w:line="360" w:lineRule="exact" w:before="70" w:after="0"/>
        <w:ind w:left="426" w:right="72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1.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เจ้าหน้าที่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ุมเอ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สารต้องตรวจสอบแต่ละราย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ารอย่างละเอียด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และต้องมีหลั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ฐานเพียงพอที่จะสรุปผลว่าผ่าน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2.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ผู้ปฏิบัติงานที่เ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ี่ยว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วรร่วมรับฟังผล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เพื่อให้แ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ได้ทันทีเมื่อพบประเด็น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3.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ารตรวจสอบแต่ละ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รั้งไม่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วรถู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ัดจังหวะ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ซึ่งจะทำให้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ารตรวจสอบเลื่อนออ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ไป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4.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ห้ามให้ผู้อื่นตรวจสอบแทนผู้ที่ได้รับมอบหมาย</w:t>
      </w:r>
    </w:p>
    <w:p>
      <w:pPr>
        <w:autoSpaceDN w:val="0"/>
        <w:autoSpaceDE w:val="0"/>
        <w:widowControl/>
        <w:spacing w:line="266" w:lineRule="exact" w:before="398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ารตรวจสอบ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30"/>
        </w:trPr>
        <w:tc>
          <w:tcPr>
            <w:tcW w:type="dxa" w:w="12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55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Verification Item</w:t>
            </w:r>
          </w:p>
        </w:tc>
        <w:tc>
          <w:tcPr>
            <w:tcW w:type="dxa" w:w="24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</w:t>
            </w:r>
          </w:p>
        </w:tc>
        <w:tc>
          <w:tcPr>
            <w:tcW w:type="dxa" w:w="76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Owner</w:t>
            </w:r>
          </w:p>
        </w:tc>
        <w:tc>
          <w:tcPr>
            <w:tcW w:type="dxa" w:w="11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0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Comment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Risk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Recommen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dation</w:t>
            </w:r>
          </w:p>
        </w:tc>
      </w:tr>
      <w:tr>
        <w:trPr>
          <w:trHeight w:hRule="exact" w:val="990"/>
        </w:trPr>
        <w:tc>
          <w:tcPr>
            <w:tcW w:type="dxa" w:w="12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WP 1.0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Software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Plan</w:t>
            </w:r>
          </w:p>
        </w:tc>
        <w:tc>
          <w:tcPr>
            <w:tcW w:type="dxa" w:w="25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2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VR04.010.001</w:t>
            </w:r>
          </w:p>
        </w:tc>
        <w:tc>
          <w:tcPr>
            <w:tcW w:type="dxa" w:w="255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Header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24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Header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1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2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VR04.010.002</w:t>
            </w:r>
          </w:p>
        </w:tc>
        <w:tc>
          <w:tcPr>
            <w:tcW w:type="dxa" w:w="255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Run Version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Header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ต้องและสัมพันธ์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ับชื่อไฟล์</w:t>
            </w:r>
          </w:p>
        </w:tc>
        <w:tc>
          <w:tcPr>
            <w:tcW w:type="dxa" w:w="24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ระบุเวอร์ชันและวันที่ตรง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ับชื่อไฟล์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1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VR04.010.003</w:t>
            </w:r>
          </w:p>
        </w:tc>
        <w:tc>
          <w:tcPr>
            <w:tcW w:type="dxa" w:w="25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ระบุรายละเอียดหัว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Manufacture, 2 Overview, 3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Goals and Scope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24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VR04.010.004</w:t>
            </w:r>
          </w:p>
        </w:tc>
        <w:tc>
          <w:tcPr>
            <w:tcW w:type="dxa" w:w="25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3.3 Work Products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สิ่งส่งมอบพร้อมรหัส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เช่น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WP 1.0</w:t>
            </w:r>
          </w:p>
        </w:tc>
        <w:tc>
          <w:tcPr>
            <w:tcW w:type="dxa" w:w="24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ารสิ่งส่งมอบและรหัส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VR04.010.005</w:t>
            </w:r>
          </w:p>
        </w:tc>
        <w:tc>
          <w:tcPr>
            <w:tcW w:type="dxa" w:w="25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5 Organization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ระบุบทบาท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-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นามส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24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้อมูลผู้รับผิดชอบ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6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บทบาท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VR04.010.006</w:t>
            </w:r>
          </w:p>
        </w:tc>
        <w:tc>
          <w:tcPr>
            <w:tcW w:type="dxa" w:w="255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6 Project Estimate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7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Project Resources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ถ้วน</w:t>
            </w:r>
          </w:p>
        </w:tc>
        <w:tc>
          <w:tcPr>
            <w:tcW w:type="dxa" w:w="247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มีปริมาณงานและทรัพยา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ถ้วน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18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2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VR04.010.007</w:t>
            </w:r>
          </w:p>
        </w:tc>
        <w:tc>
          <w:tcPr>
            <w:tcW w:type="dxa" w:w="255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8 Work Schedule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พร้อมรหัส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ผู้รับผิดชอบ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และสิ่งส่งมอบ</w:t>
            </w:r>
          </w:p>
        </w:tc>
        <w:tc>
          <w:tcPr>
            <w:tcW w:type="dxa" w:w="247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มีแผนงาน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27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รรมพร้อมราย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18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VR04.010.008</w:t>
            </w:r>
          </w:p>
        </w:tc>
        <w:tc>
          <w:tcPr>
            <w:tcW w:type="dxa" w:w="255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9 Risk Management Plan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วามเสี่ยงพร้อมรหัส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ระดับผล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และผู้รับผิดชอบ</w:t>
            </w:r>
          </w:p>
        </w:tc>
        <w:tc>
          <w:tcPr>
            <w:tcW w:type="dxa" w:w="247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วามเสี่ยง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R1–R8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แนวทางจัด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9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18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VR04.010.009</w:t>
            </w:r>
          </w:p>
        </w:tc>
        <w:tc>
          <w:tcPr>
            <w:tcW w:type="dxa" w:w="255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10 Contingency Actions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ระบุแผนรองรับ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รณีงานไม่แล้วเสร็จ</w:t>
            </w:r>
          </w:p>
        </w:tc>
        <w:tc>
          <w:tcPr>
            <w:tcW w:type="dxa" w:w="247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มีแผนรองรับ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18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VR04.010.010</w:t>
            </w:r>
          </w:p>
        </w:tc>
        <w:tc>
          <w:tcPr>
            <w:tcW w:type="dxa" w:w="255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ลงชื่อผู้จัดทำ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ผู้ตรวจสอบ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และผู้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247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มีตารางลงนาม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3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18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28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55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Verification Item</w:t>
            </w:r>
          </w:p>
        </w:tc>
        <w:tc>
          <w:tcPr>
            <w:tcW w:type="dxa" w:w="2476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</w:t>
            </w:r>
          </w:p>
        </w:tc>
        <w:tc>
          <w:tcPr>
            <w:tcW w:type="dxa" w:w="794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</w:t>
            </w:r>
          </w:p>
        </w:tc>
        <w:tc>
          <w:tcPr>
            <w:tcW w:type="dxa" w:w="766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Owner</w:t>
            </w:r>
          </w:p>
        </w:tc>
        <w:tc>
          <w:tcPr>
            <w:tcW w:type="dxa" w:w="1184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0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Comment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Risk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Recommen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dation</w:t>
            </w:r>
          </w:p>
        </w:tc>
      </w:tr>
      <w:tr>
        <w:trPr>
          <w:trHeight w:hRule="exact" w:val="1228"/>
        </w:trPr>
        <w:tc>
          <w:tcPr>
            <w:tcW w:type="dxa" w:w="12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WP 2.0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Customer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Requirement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</w:t>
            </w:r>
          </w:p>
        </w:tc>
        <w:tc>
          <w:tcPr>
            <w:tcW w:type="dxa" w:w="255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VR04.020.001</w:t>
            </w:r>
          </w:p>
        </w:tc>
        <w:tc>
          <w:tcPr>
            <w:tcW w:type="dxa" w:w="25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Header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24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Header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2"/>
        </w:trPr>
        <w:tc>
          <w:tcPr>
            <w:tcW w:type="dxa" w:w="12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VR04.020.002</w:t>
            </w:r>
          </w:p>
        </w:tc>
        <w:tc>
          <w:tcPr>
            <w:tcW w:type="dxa" w:w="25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ารแต่ละราย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ารลงใน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หมวด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CR01–CR14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อย่างถู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24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จัดหมวด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หมวด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VR04.020.003</w:t>
            </w:r>
          </w:p>
        </w:tc>
        <w:tc>
          <w:tcPr>
            <w:tcW w:type="dxa" w:w="25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รหัสประจำราย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เช่น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CR01:001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ียนและเรียงลำดับถู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24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รหัสเรียงลำดับถู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VR04.020.004</w:t>
            </w:r>
          </w:p>
        </w:tc>
        <w:tc>
          <w:tcPr>
            <w:tcW w:type="dxa" w:w="25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Result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้อสรุป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ไม่มีราย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ารที่ไม่มี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้อสรุป</w:t>
            </w:r>
          </w:p>
        </w:tc>
        <w:tc>
          <w:tcPr>
            <w:tcW w:type="dxa" w:w="24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มีผลสรุป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A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80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VR04.020.005</w:t>
            </w:r>
          </w:p>
        </w:tc>
        <w:tc>
          <w:tcPr>
            <w:tcW w:type="dxa" w:w="25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ลงชื่อผู้จัดทำและผู้อนุมัติซึ่งเป็นฝ่าย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้าเรียบร้อย</w:t>
            </w:r>
          </w:p>
        </w:tc>
        <w:tc>
          <w:tcPr>
            <w:tcW w:type="dxa" w:w="24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มีตารางลงนาม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30"/>
        </w:trPr>
        <w:tc>
          <w:tcPr>
            <w:tcW w:type="dxa" w:w="12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WP 3.0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Software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Requirement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</w:t>
            </w:r>
          </w:p>
        </w:tc>
        <w:tc>
          <w:tcPr>
            <w:tcW w:type="dxa" w:w="25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VR04.030.001</w:t>
            </w:r>
          </w:p>
        </w:tc>
        <w:tc>
          <w:tcPr>
            <w:tcW w:type="dxa" w:w="255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Header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24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VR04.030.002</w:t>
            </w:r>
          </w:p>
        </w:tc>
        <w:tc>
          <w:tcPr>
            <w:tcW w:type="dxa" w:w="255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ารซอฟต์แวร์ลงใน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หมวด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SR01–SR09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อย่างถู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24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จัดหมวด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9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หมวด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VR04.030.003</w:t>
            </w:r>
          </w:p>
        </w:tc>
        <w:tc>
          <w:tcPr>
            <w:tcW w:type="dxa" w:w="255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แต่ละหมวด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SR01–SR09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วามจำเป็น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247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49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VR04.030.004</w:t>
            </w:r>
          </w:p>
        </w:tc>
        <w:tc>
          <w:tcPr>
            <w:tcW w:type="dxa" w:w="255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รหัสประจำราย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เช่น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SR01:001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ียนและเรียงลำดับถู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247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รหัสเรียงลำดับถู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VR04.030.005</w:t>
            </w:r>
          </w:p>
        </w:tc>
        <w:tc>
          <w:tcPr>
            <w:tcW w:type="dxa" w:w="255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Remark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วามสัมพันธ์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247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ารอ้างอิง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ลับไปยัง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2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VR04.030.006</w:t>
            </w:r>
          </w:p>
        </w:tc>
        <w:tc>
          <w:tcPr>
            <w:tcW w:type="dxa" w:w="255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47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มีตารางลงนาม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WP 4.0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Software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Design</w:t>
            </w:r>
          </w:p>
        </w:tc>
        <w:tc>
          <w:tcPr>
            <w:tcW w:type="dxa" w:w="255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VR04.040.001</w:t>
            </w:r>
          </w:p>
        </w:tc>
        <w:tc>
          <w:tcPr>
            <w:tcW w:type="dxa" w:w="255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Header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247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28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55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Verification Item</w:t>
            </w:r>
          </w:p>
        </w:tc>
        <w:tc>
          <w:tcPr>
            <w:tcW w:type="dxa" w:w="2476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</w:t>
            </w:r>
          </w:p>
        </w:tc>
        <w:tc>
          <w:tcPr>
            <w:tcW w:type="dxa" w:w="794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</w:t>
            </w:r>
          </w:p>
        </w:tc>
        <w:tc>
          <w:tcPr>
            <w:tcW w:type="dxa" w:w="766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Owner</w:t>
            </w:r>
          </w:p>
        </w:tc>
        <w:tc>
          <w:tcPr>
            <w:tcW w:type="dxa" w:w="1184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0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Comment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Risk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Recommen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dation</w:t>
            </w:r>
          </w:p>
        </w:tc>
      </w:tr>
      <w:tr>
        <w:trPr>
          <w:trHeight w:hRule="exact" w:val="976"/>
        </w:trPr>
        <w:tc>
          <w:tcPr>
            <w:tcW w:type="dxa" w:w="12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VR04.040.002</w:t>
            </w:r>
          </w:p>
        </w:tc>
        <w:tc>
          <w:tcPr>
            <w:tcW w:type="dxa" w:w="255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High Level Design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Use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Case, Component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</w:p>
          <w:p>
            <w:pPr>
              <w:autoSpaceDN w:val="0"/>
              <w:autoSpaceDE w:val="0"/>
              <w:widowControl/>
              <w:spacing w:line="180" w:lineRule="exact" w:before="76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Deployment Diagram</w:t>
            </w:r>
          </w:p>
        </w:tc>
        <w:tc>
          <w:tcPr>
            <w:tcW w:type="dxa" w:w="24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3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VR04.040.003</w:t>
            </w:r>
          </w:p>
        </w:tc>
        <w:tc>
          <w:tcPr>
            <w:tcW w:type="dxa" w:w="25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User Interface Design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มีผัง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หน้าจอที่จะใช้ในระบบ</w:t>
            </w:r>
          </w:p>
        </w:tc>
        <w:tc>
          <w:tcPr>
            <w:tcW w:type="dxa" w:w="24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มีผังหน้าจอ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ลุ่มโมดูล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28"/>
        </w:trPr>
        <w:tc>
          <w:tcPr>
            <w:tcW w:type="dxa" w:w="12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VR04.040.004</w:t>
            </w:r>
          </w:p>
        </w:tc>
        <w:tc>
          <w:tcPr>
            <w:tcW w:type="dxa" w:w="25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Baseline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สิ่งที่ถู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Baseline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และผู้อนุมัติ</w:t>
            </w:r>
          </w:p>
        </w:tc>
        <w:tc>
          <w:tcPr>
            <w:tcW w:type="dxa" w:w="24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Baseline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พร้อมอ้างอิง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Configuration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Traceability Record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2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VR04.040.005</w:t>
            </w:r>
          </w:p>
        </w:tc>
        <w:tc>
          <w:tcPr>
            <w:tcW w:type="dxa" w:w="255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Unit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มีรหัส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แต่ละหน่วย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เช่น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UN01.001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อย่าง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เป็นระเบียบ</w:t>
            </w:r>
          </w:p>
        </w:tc>
        <w:tc>
          <w:tcPr>
            <w:tcW w:type="dxa" w:w="24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มีรหัส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45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หน่วย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VR04.040.006</w:t>
            </w:r>
          </w:p>
        </w:tc>
        <w:tc>
          <w:tcPr>
            <w:tcW w:type="dxa" w:w="25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Unit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Description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Functional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Interfaces Detail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24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หน่วย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VR04.040.007</w:t>
            </w:r>
          </w:p>
        </w:tc>
        <w:tc>
          <w:tcPr>
            <w:tcW w:type="dxa" w:w="25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Unit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References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ที่สัมพันธ์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SR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ถ้วน</w:t>
            </w:r>
          </w:p>
        </w:tc>
        <w:tc>
          <w:tcPr>
            <w:tcW w:type="dxa" w:w="24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อ้างอิง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หน่วย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6"/>
        </w:trPr>
        <w:tc>
          <w:tcPr>
            <w:tcW w:type="dxa" w:w="12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VR04.040.008</w:t>
            </w:r>
          </w:p>
        </w:tc>
        <w:tc>
          <w:tcPr>
            <w:tcW w:type="dxa" w:w="255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4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มีตารางลงนาม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1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0" w:right="432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WP 5.0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Change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</w:t>
            </w:r>
          </w:p>
        </w:tc>
        <w:tc>
          <w:tcPr>
            <w:tcW w:type="dxa" w:w="25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VR04.050.001</w:t>
            </w:r>
          </w:p>
        </w:tc>
        <w:tc>
          <w:tcPr>
            <w:tcW w:type="dxa" w:w="255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Header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247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3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ฉบับ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18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VR04.050.002</w:t>
            </w:r>
          </w:p>
        </w:tc>
        <w:tc>
          <w:tcPr>
            <w:tcW w:type="dxa" w:w="255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Requesting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ียนรายละเอียด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ฉบับ</w:t>
            </w:r>
          </w:p>
        </w:tc>
        <w:tc>
          <w:tcPr>
            <w:tcW w:type="dxa" w:w="247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ฉบับ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18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VR04.050.003</w:t>
            </w:r>
          </w:p>
        </w:tc>
        <w:tc>
          <w:tcPr>
            <w:tcW w:type="dxa" w:w="255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Impact Analysis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ได้รับ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ประเมินผล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ฉบับ</w:t>
            </w:r>
          </w:p>
        </w:tc>
        <w:tc>
          <w:tcPr>
            <w:tcW w:type="dxa" w:w="247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ารประเมินผล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ด้าน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ฉบับ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18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VR04.050.004</w:t>
            </w:r>
          </w:p>
        </w:tc>
        <w:tc>
          <w:tcPr>
            <w:tcW w:type="dxa" w:w="255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ารลงนามอนุมัติโดย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ณะ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พิจารณา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(CAB)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ฉบับ</w:t>
            </w:r>
          </w:p>
        </w:tc>
        <w:tc>
          <w:tcPr>
            <w:tcW w:type="dxa" w:w="247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มีตารางพิจารณาและลงนาม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ถ้วน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18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WP 6.0 Test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Case and Test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Procedures</w:t>
            </w:r>
          </w:p>
        </w:tc>
        <w:tc>
          <w:tcPr>
            <w:tcW w:type="dxa" w:w="255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VR04.060.001</w:t>
            </w:r>
          </w:p>
        </w:tc>
        <w:tc>
          <w:tcPr>
            <w:tcW w:type="dxa" w:w="255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Header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247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18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28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55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Verification Item</w:t>
            </w:r>
          </w:p>
        </w:tc>
        <w:tc>
          <w:tcPr>
            <w:tcW w:type="dxa" w:w="2476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</w:t>
            </w:r>
          </w:p>
        </w:tc>
        <w:tc>
          <w:tcPr>
            <w:tcW w:type="dxa" w:w="794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</w:t>
            </w:r>
          </w:p>
        </w:tc>
        <w:tc>
          <w:tcPr>
            <w:tcW w:type="dxa" w:w="766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Owner</w:t>
            </w:r>
          </w:p>
        </w:tc>
        <w:tc>
          <w:tcPr>
            <w:tcW w:type="dxa" w:w="1184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0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Comment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Risk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Recommen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dation</w:t>
            </w:r>
          </w:p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VR04.060.002</w:t>
            </w:r>
          </w:p>
        </w:tc>
        <w:tc>
          <w:tcPr>
            <w:tcW w:type="dxa" w:w="255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Test Case Specification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ารทดสอบพร้อมรหัสเรียงลำดับ</w:t>
            </w:r>
          </w:p>
        </w:tc>
        <w:tc>
          <w:tcPr>
            <w:tcW w:type="dxa" w:w="24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45 Test Case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1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VR04.060.003</w:t>
            </w:r>
          </w:p>
        </w:tc>
        <w:tc>
          <w:tcPr>
            <w:tcW w:type="dxa" w:w="255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Test Item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Unit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ทดสอบโดยอ้างรหัส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เช่น</w:t>
            </w:r>
          </w:p>
          <w:p>
            <w:pPr>
              <w:autoSpaceDN w:val="0"/>
              <w:autoSpaceDE w:val="0"/>
              <w:widowControl/>
              <w:spacing w:line="180" w:lineRule="exact" w:before="76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UN01.001</w:t>
            </w:r>
          </w:p>
        </w:tc>
        <w:tc>
          <w:tcPr>
            <w:tcW w:type="dxa" w:w="24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อ้างอิง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Unit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1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18"/>
        </w:trPr>
        <w:tc>
          <w:tcPr>
            <w:tcW w:type="dxa" w:w="12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VR04.060.004</w:t>
            </w:r>
          </w:p>
        </w:tc>
        <w:tc>
          <w:tcPr>
            <w:tcW w:type="dxa" w:w="25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Input Specification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้อมูลนำเ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้าอย่างชัดเจน</w:t>
            </w:r>
          </w:p>
        </w:tc>
        <w:tc>
          <w:tcPr>
            <w:tcW w:type="dxa" w:w="24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VR04.060.005</w:t>
            </w:r>
          </w:p>
        </w:tc>
        <w:tc>
          <w:tcPr>
            <w:tcW w:type="dxa" w:w="25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Output Specification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ผลลัพธ์ที่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าดหวังอย่างชัดเจน</w:t>
            </w:r>
          </w:p>
        </w:tc>
        <w:tc>
          <w:tcPr>
            <w:tcW w:type="dxa" w:w="24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30"/>
        </w:trPr>
        <w:tc>
          <w:tcPr>
            <w:tcW w:type="dxa" w:w="12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VR04.060.006</w:t>
            </w:r>
          </w:p>
        </w:tc>
        <w:tc>
          <w:tcPr>
            <w:tcW w:type="dxa" w:w="25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Environment Needs, Special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Procedural Required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Intercase Dependency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วามจำเป็น</w:t>
            </w:r>
          </w:p>
        </w:tc>
        <w:tc>
          <w:tcPr>
            <w:tcW w:type="dxa" w:w="24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VR04.060.007</w:t>
            </w:r>
          </w:p>
        </w:tc>
        <w:tc>
          <w:tcPr>
            <w:tcW w:type="dxa" w:w="255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144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ารทดสอบระบุ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Test Date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Status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รบถ้วนไม่มีช่องว่าง</w:t>
            </w:r>
          </w:p>
        </w:tc>
        <w:tc>
          <w:tcPr>
            <w:tcW w:type="dxa" w:w="24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1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6"/>
        </w:trPr>
        <w:tc>
          <w:tcPr>
            <w:tcW w:type="dxa" w:w="12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VR04.060.008</w:t>
            </w:r>
          </w:p>
        </w:tc>
        <w:tc>
          <w:tcPr>
            <w:tcW w:type="dxa" w:w="255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4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มีตารางลงนาม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1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WP 7.0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Validation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Results</w:t>
            </w:r>
          </w:p>
        </w:tc>
        <w:tc>
          <w:tcPr>
            <w:tcW w:type="dxa" w:w="25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VR04.070.001</w:t>
            </w:r>
          </w:p>
        </w:tc>
        <w:tc>
          <w:tcPr>
            <w:tcW w:type="dxa" w:w="255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Header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24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1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VR04.070.002</w:t>
            </w:r>
          </w:p>
        </w:tc>
        <w:tc>
          <w:tcPr>
            <w:tcW w:type="dxa" w:w="255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ระบุสถาน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ารยอมรับ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</w:p>
        </w:tc>
        <w:tc>
          <w:tcPr>
            <w:tcW w:type="dxa" w:w="247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ลุมทุ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ระบบงาน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18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6"/>
        </w:trPr>
        <w:tc>
          <w:tcPr>
            <w:tcW w:type="dxa" w:w="12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VR04.070.003</w:t>
            </w:r>
          </w:p>
        </w:tc>
        <w:tc>
          <w:tcPr>
            <w:tcW w:type="dxa" w:w="255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ารทดสอบและผู้ทดสอบ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247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มีผลและผู้ทดสอบ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18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4"/>
        </w:trPr>
        <w:tc>
          <w:tcPr>
            <w:tcW w:type="dxa" w:w="12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VR04.070.004</w:t>
            </w:r>
          </w:p>
        </w:tc>
        <w:tc>
          <w:tcPr>
            <w:tcW w:type="dxa" w:w="255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ลงชื่อผู้ทดสอบฝ่ายลู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้าเรียบร้อย</w:t>
            </w:r>
          </w:p>
        </w:tc>
        <w:tc>
          <w:tcPr>
            <w:tcW w:type="dxa" w:w="247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มีตารางลงนาม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9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18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2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WP 8.0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Software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User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</w:t>
            </w:r>
          </w:p>
        </w:tc>
        <w:tc>
          <w:tcPr>
            <w:tcW w:type="dxa" w:w="255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2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VR04.080.001</w:t>
            </w:r>
          </w:p>
        </w:tc>
        <w:tc>
          <w:tcPr>
            <w:tcW w:type="dxa" w:w="255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Header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247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YaB</w:t>
            </w:r>
          </w:p>
        </w:tc>
        <w:tc>
          <w:tcPr>
            <w:tcW w:type="dxa" w:w="118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VR04.080.002</w:t>
            </w:r>
          </w:p>
        </w:tc>
        <w:tc>
          <w:tcPr>
            <w:tcW w:type="dxa" w:w="255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เนื้อหา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ลุม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ารใช้งานทุ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งานที่ส่งมอบ</w:t>
            </w:r>
          </w:p>
        </w:tc>
        <w:tc>
          <w:tcPr>
            <w:tcW w:type="dxa" w:w="247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ลุม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ระบบงาน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YaB</w:t>
            </w:r>
          </w:p>
        </w:tc>
        <w:tc>
          <w:tcPr>
            <w:tcW w:type="dxa" w:w="118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28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55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Verification Item</w:t>
            </w:r>
          </w:p>
        </w:tc>
        <w:tc>
          <w:tcPr>
            <w:tcW w:type="dxa" w:w="2476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</w:t>
            </w:r>
          </w:p>
        </w:tc>
        <w:tc>
          <w:tcPr>
            <w:tcW w:type="dxa" w:w="794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</w:t>
            </w:r>
          </w:p>
        </w:tc>
        <w:tc>
          <w:tcPr>
            <w:tcW w:type="dxa" w:w="766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Owner</w:t>
            </w:r>
          </w:p>
        </w:tc>
        <w:tc>
          <w:tcPr>
            <w:tcW w:type="dxa" w:w="1184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0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Comment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Risk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Recommen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dation</w:t>
            </w:r>
          </w:p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VR04.080.003</w:t>
            </w:r>
          </w:p>
        </w:tc>
        <w:tc>
          <w:tcPr>
            <w:tcW w:type="dxa" w:w="255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ใช้ถ้อย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ต้องและสอด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หน้าจอจริง</w:t>
            </w:r>
          </w:p>
        </w:tc>
        <w:tc>
          <w:tcPr>
            <w:tcW w:type="dxa" w:w="24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ตรวจสอบแล้วสอด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ล้อง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YaB</w:t>
            </w:r>
          </w:p>
        </w:tc>
        <w:tc>
          <w:tcPr>
            <w:tcW w:type="dxa" w:w="11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48"/>
        </w:trPr>
        <w:tc>
          <w:tcPr>
            <w:tcW w:type="dxa" w:w="12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VR04.080.004</w:t>
            </w:r>
          </w:p>
        </w:tc>
        <w:tc>
          <w:tcPr>
            <w:tcW w:type="dxa" w:w="255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4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มีตารางลงนาม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YaB</w:t>
            </w:r>
          </w:p>
        </w:tc>
        <w:tc>
          <w:tcPr>
            <w:tcW w:type="dxa" w:w="11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24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WP 9.0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พร้อมใช้งานจริง</w:t>
            </w:r>
          </w:p>
        </w:tc>
        <w:tc>
          <w:tcPr>
            <w:tcW w:type="dxa" w:w="25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VR04.090.001</w:t>
            </w:r>
          </w:p>
        </w:tc>
        <w:tc>
          <w:tcPr>
            <w:tcW w:type="dxa" w:w="255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ระบบติดตั้งและใช้งานได้บนสภาพ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แวดล้อมที่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</w:p>
        </w:tc>
        <w:tc>
          <w:tcPr>
            <w:tcW w:type="dxa" w:w="24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72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ติดตั้งสำเร็จและใช้งานได้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Baseline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6c39700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ThS</w:t>
            </w:r>
          </w:p>
        </w:tc>
        <w:tc>
          <w:tcPr>
            <w:tcW w:type="dxa" w:w="11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VR04.090.002</w:t>
            </w:r>
          </w:p>
        </w:tc>
        <w:tc>
          <w:tcPr>
            <w:tcW w:type="dxa" w:w="255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Source Code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็บใน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พร้อมชุดสำรอง</w:t>
            </w:r>
          </w:p>
        </w:tc>
        <w:tc>
          <w:tcPr>
            <w:tcW w:type="dxa" w:w="24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และสำรอง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ThS</w:t>
            </w:r>
          </w:p>
        </w:tc>
        <w:tc>
          <w:tcPr>
            <w:tcW w:type="dxa" w:w="11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VR04.090.003</w:t>
            </w:r>
          </w:p>
        </w:tc>
        <w:tc>
          <w:tcPr>
            <w:tcW w:type="dxa" w:w="255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ารทดสอบระบบผ่าน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</w:t>
            </w:r>
          </w:p>
        </w:tc>
        <w:tc>
          <w:tcPr>
            <w:tcW w:type="dxa" w:w="24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45 Test Case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ThS</w:t>
            </w:r>
          </w:p>
        </w:tc>
        <w:tc>
          <w:tcPr>
            <w:tcW w:type="dxa" w:w="11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2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WP 10.0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Product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Operation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Guide</w:t>
            </w:r>
          </w:p>
        </w:tc>
        <w:tc>
          <w:tcPr>
            <w:tcW w:type="dxa" w:w="255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2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VR04.100.001</w:t>
            </w:r>
          </w:p>
        </w:tc>
        <w:tc>
          <w:tcPr>
            <w:tcW w:type="dxa" w:w="25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Header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24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ThS</w:t>
            </w:r>
          </w:p>
        </w:tc>
        <w:tc>
          <w:tcPr>
            <w:tcW w:type="dxa" w:w="1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VR04.100.002</w:t>
            </w:r>
          </w:p>
        </w:tc>
        <w:tc>
          <w:tcPr>
            <w:tcW w:type="dxa" w:w="25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ารติดตั้งและตั้ง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ถ้วน</w:t>
            </w:r>
          </w:p>
        </w:tc>
        <w:tc>
          <w:tcPr>
            <w:tcW w:type="dxa" w:w="24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มีทั้งแบบ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Container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Manual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ThS</w:t>
            </w:r>
          </w:p>
        </w:tc>
        <w:tc>
          <w:tcPr>
            <w:tcW w:type="dxa" w:w="1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VR04.100.003</w:t>
            </w:r>
          </w:p>
        </w:tc>
        <w:tc>
          <w:tcPr>
            <w:tcW w:type="dxa" w:w="255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ารเฝ้าระวัง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247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รบถ้วนพร้อมผล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ThS</w:t>
            </w:r>
          </w:p>
        </w:tc>
        <w:tc>
          <w:tcPr>
            <w:tcW w:type="dxa" w:w="1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6"/>
        </w:trPr>
        <w:tc>
          <w:tcPr>
            <w:tcW w:type="dxa" w:w="12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VR04.100.004</w:t>
            </w:r>
          </w:p>
        </w:tc>
        <w:tc>
          <w:tcPr>
            <w:tcW w:type="dxa" w:w="255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47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มีตารางลงนาม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9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ThS</w:t>
            </w:r>
          </w:p>
        </w:tc>
        <w:tc>
          <w:tcPr>
            <w:tcW w:type="dxa" w:w="118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WP 11.0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Maintenance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</w:t>
            </w:r>
          </w:p>
        </w:tc>
        <w:tc>
          <w:tcPr>
            <w:tcW w:type="dxa" w:w="255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VR04.110.001</w:t>
            </w:r>
          </w:p>
        </w:tc>
        <w:tc>
          <w:tcPr>
            <w:tcW w:type="dxa" w:w="255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Header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247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79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ThS</w:t>
            </w:r>
          </w:p>
        </w:tc>
        <w:tc>
          <w:tcPr>
            <w:tcW w:type="dxa" w:w="118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VR04.110.002</w:t>
            </w:r>
          </w:p>
        </w:tc>
        <w:tc>
          <w:tcPr>
            <w:tcW w:type="dxa" w:w="255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รรม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ารบำรุงรั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247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6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รรม</w:t>
            </w:r>
          </w:p>
        </w:tc>
        <w:tc>
          <w:tcPr>
            <w:tcW w:type="dxa" w:w="79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ThS</w:t>
            </w:r>
          </w:p>
        </w:tc>
        <w:tc>
          <w:tcPr>
            <w:tcW w:type="dxa" w:w="118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VR04.110.003</w:t>
            </w:r>
          </w:p>
        </w:tc>
        <w:tc>
          <w:tcPr>
            <w:tcW w:type="dxa" w:w="255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ลงระดับ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ารให้บริ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(SLA)</w:t>
            </w:r>
          </w:p>
        </w:tc>
        <w:tc>
          <w:tcPr>
            <w:tcW w:type="dxa" w:w="247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SLA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ระดับ</w:t>
            </w:r>
          </w:p>
        </w:tc>
        <w:tc>
          <w:tcPr>
            <w:tcW w:type="dxa" w:w="79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ThS</w:t>
            </w:r>
          </w:p>
        </w:tc>
        <w:tc>
          <w:tcPr>
            <w:tcW w:type="dxa" w:w="118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2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VR04.110.004</w:t>
            </w:r>
          </w:p>
        </w:tc>
        <w:tc>
          <w:tcPr>
            <w:tcW w:type="dxa" w:w="255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47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มีตารางลงนาม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9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6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ThS</w:t>
            </w:r>
          </w:p>
        </w:tc>
        <w:tc>
          <w:tcPr>
            <w:tcW w:type="dxa" w:w="118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สรุปผล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ารตรวจสอบรอบนี้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52"/>
        </w:trPr>
        <w:tc>
          <w:tcPr>
            <w:tcW w:type="dxa" w:w="8368"/>
            <w:tcBorders>
              <w:start w:sz="5.600000000000023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0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ารตรวจสอบทั้งหมด</w:t>
            </w:r>
          </w:p>
        </w:tc>
        <w:tc>
          <w:tcPr>
            <w:tcW w:type="dxa" w:w="69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60</w:t>
            </w:r>
          </w:p>
        </w:tc>
      </w:tr>
      <w:tr>
        <w:trPr>
          <w:trHeight w:hRule="exact" w:val="448"/>
        </w:trPr>
        <w:tc>
          <w:tcPr>
            <w:tcW w:type="dxa" w:w="836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(Passed)</w:t>
            </w:r>
          </w:p>
        </w:tc>
        <w:tc>
          <w:tcPr>
            <w:tcW w:type="dxa" w:w="69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60</w:t>
            </w:r>
          </w:p>
        </w:tc>
      </w:tr>
      <w:tr>
        <w:trPr>
          <w:trHeight w:hRule="exact" w:val="468"/>
        </w:trPr>
        <w:tc>
          <w:tcPr>
            <w:tcW w:type="dxa" w:w="836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ผลไม่ผ่าน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(Failed)</w:t>
            </w:r>
          </w:p>
        </w:tc>
        <w:tc>
          <w:tcPr>
            <w:tcW w:type="dxa" w:w="69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</w:t>
            </w:r>
          </w:p>
        </w:tc>
      </w:tr>
      <w:tr>
        <w:trPr>
          <w:trHeight w:hRule="exact" w:val="448"/>
        </w:trPr>
        <w:tc>
          <w:tcPr>
            <w:tcW w:type="dxa" w:w="836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ประเด็น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</w:t>
            </w:r>
          </w:p>
        </w:tc>
        <w:tc>
          <w:tcPr>
            <w:tcW w:type="dxa" w:w="69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300" w:lineRule="exact" w:before="260" w:after="0"/>
        <w:ind w:left="256" w:right="288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รอบตรวจสอบนี้เป็นรอบสุดท้าย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่อนส่งมอบ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ลุมสิ่งส่งมอบทั้งหมด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11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ารตรวจสอบผ่านทุ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จึง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เห็น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วรให้ดำเนิน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ารตรวจรับส่งมอบระบบตามที่บันทึ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Acceptance Report</w:t>
      </w:r>
    </w:p>
    <w:p>
      <w:pPr>
        <w:autoSpaceDN w:val="0"/>
        <w:autoSpaceDE w:val="0"/>
        <w:widowControl/>
        <w:spacing w:line="256" w:lineRule="exact" w:before="346" w:after="142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QA/Tester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บางชมภู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Control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VeR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verification-result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