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Verification Results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7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25690731 V0.3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24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3 (31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ฎา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2569)</w:t>
            </w:r>
          </w:p>
        </w:tc>
        <w:tc>
          <w:tcPr>
            <w:tcW w:type="dxa" w:w="222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27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7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ตรวจสอบชุดทดสอบและ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278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6"/>
        </w:trPr>
        <w:tc>
          <w:tcPr>
            <w:tcW w:type="dxa" w:w="7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8278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and Test Procedures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56" w:after="0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324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33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  <w:tr>
        <w:trPr>
          <w:trHeight w:hRule="exact" w:val="976"/>
        </w:trPr>
        <w:tc>
          <w:tcPr>
            <w:tcW w:type="dxa" w:w="148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6.0 Test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 and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Procedures</w:t>
            </w:r>
          </w:p>
        </w:tc>
        <w:tc>
          <w:tcPr>
            <w:tcW w:type="dxa" w:w="324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3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8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32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3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  <w:tr>
        <w:trPr>
          <w:trHeight w:hRule="exact" w:val="720"/>
        </w:trPr>
        <w:tc>
          <w:tcPr>
            <w:tcW w:type="dxa" w:w="14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VR03.060.001</w:t>
            </w:r>
          </w:p>
        </w:tc>
        <w:tc>
          <w:tcPr>
            <w:tcW w:type="dxa" w:w="32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33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VR03.060.002</w:t>
            </w:r>
          </w:p>
        </w:tc>
        <w:tc>
          <w:tcPr>
            <w:tcW w:type="dxa" w:w="32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ทดสอบพร้อมรหัสเรียงลำดับ</w:t>
            </w:r>
          </w:p>
        </w:tc>
        <w:tc>
          <w:tcPr>
            <w:tcW w:type="dxa" w:w="133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 Test Case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VR03.060.003</w:t>
            </w:r>
          </w:p>
        </w:tc>
        <w:tc>
          <w:tcPr>
            <w:tcW w:type="dxa" w:w="32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Item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ที่ทดสอบโดย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UN01.001</w:t>
            </w:r>
          </w:p>
        </w:tc>
        <w:tc>
          <w:tcPr>
            <w:tcW w:type="dxa" w:w="133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Unit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VR03.060.004</w:t>
            </w:r>
          </w:p>
        </w:tc>
        <w:tc>
          <w:tcPr>
            <w:tcW w:type="dxa" w:w="32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้าอย่างชัดเจน</w:t>
            </w:r>
          </w:p>
        </w:tc>
        <w:tc>
          <w:tcPr>
            <w:tcW w:type="dxa" w:w="133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VR03.060.005</w:t>
            </w:r>
          </w:p>
        </w:tc>
        <w:tc>
          <w:tcPr>
            <w:tcW w:type="dxa" w:w="32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Output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หวังอย่างชัดเจน</w:t>
            </w:r>
          </w:p>
        </w:tc>
        <w:tc>
          <w:tcPr>
            <w:tcW w:type="dxa" w:w="133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VR03.060.006</w:t>
            </w:r>
          </w:p>
        </w:tc>
        <w:tc>
          <w:tcPr>
            <w:tcW w:type="dxa" w:w="32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Environment Needs, Special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Procedural Required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Intercase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Dependency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</w:p>
        </w:tc>
        <w:tc>
          <w:tcPr>
            <w:tcW w:type="dxa" w:w="133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VR03.060.007</w:t>
            </w:r>
          </w:p>
        </w:tc>
        <w:tc>
          <w:tcPr>
            <w:tcW w:type="dxa" w:w="32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Date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รบถ้วนไม่มีช่องว่าง</w:t>
            </w:r>
          </w:p>
        </w:tc>
        <w:tc>
          <w:tcPr>
            <w:tcW w:type="dxa" w:w="133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VR03.060.008</w:t>
            </w:r>
          </w:p>
        </w:tc>
        <w:tc>
          <w:tcPr>
            <w:tcW w:type="dxa" w:w="32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33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ารตรวจสอบรอบนี้ผ่านทุ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ประเด็นที่พบระหว่าง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ารตรวจสอบรอบถัดไปจะ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