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852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11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86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Verification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Results</w:t>
            </w:r>
          </w:p>
        </w:tc>
        <w:tc>
          <w:tcPr>
            <w:tcW w:type="dxa" w:w="2234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3060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25690529 V0.2 PaNg</w:t>
            </w:r>
          </w:p>
        </w:tc>
      </w:tr>
      <w:tr>
        <w:trPr>
          <w:trHeight w:hRule="exact" w:val="840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4" w:lineRule="exact" w:before="68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ารตรวจสอบตาม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ำหนด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องมาตรฐาน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รอบตรวจสอบ</w:t>
            </w:r>
          </w:p>
        </w:tc>
        <w:tc>
          <w:tcPr>
            <w:tcW w:type="dxa" w:w="211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6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รอบที่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 (29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พฤษภา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2569)</w:t>
            </w:r>
          </w:p>
        </w:tc>
        <w:tc>
          <w:tcPr>
            <w:tcW w:type="dxa" w:w="223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7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้อ</w:t>
            </w:r>
          </w:p>
        </w:tc>
        <w:tc>
          <w:tcPr>
            <w:tcW w:type="dxa" w:w="306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70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ตรวจสอบเอ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ซอฟต์แวร์และ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แบบ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 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 (System Analyst)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6" w:lineRule="exact" w:before="418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(Objective)</w:t>
      </w:r>
    </w:p>
    <w:p>
      <w:pPr>
        <w:autoSpaceDN w:val="0"/>
        <w:autoSpaceDE w:val="0"/>
        <w:widowControl/>
        <w:spacing w:line="300" w:lineRule="exact" w:before="132" w:after="0"/>
        <w:ind w:left="256" w:right="576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(Verification)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จัดทำ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ึ้นเพื่อยืนยัน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ต้องและ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รบถ้วน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องสิ่งส่งมอบ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(Work Products)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ตามมาตรฐาน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ISO/IEC 29110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โดยวางแผนตรวจสอบเป็นรอบระหว่าง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ารดำเนินโ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และตรวจสอบรอบสุดท้าย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่อนส่งมอบระบบ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เพื่อลด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วามเสี่ยงด้าน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ุณภาพ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วามล่าช้า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่าใช้จ่ายที่เ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ิดจา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ย้อนหลัง</w:t>
      </w:r>
    </w:p>
    <w:p>
      <w:pPr>
        <w:autoSpaceDN w:val="0"/>
        <w:autoSpaceDE w:val="0"/>
        <w:widowControl/>
        <w:spacing w:line="230" w:lineRule="exact" w:before="434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Deliverables under Review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7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</w:t>
            </w:r>
          </w:p>
        </w:tc>
        <w:tc>
          <w:tcPr>
            <w:tcW w:type="dxa" w:w="8278"/>
            <w:tcBorders>
              <w:start w:sz="5.600000000000023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สิ่งส่งมอบที่ตรวจสอบในรอบนี้</w:t>
            </w:r>
          </w:p>
        </w:tc>
      </w:tr>
      <w:tr>
        <w:trPr>
          <w:trHeight w:hRule="exact" w:val="450"/>
        </w:trPr>
        <w:tc>
          <w:tcPr>
            <w:tcW w:type="dxa" w:w="7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3.0</w:t>
            </w:r>
          </w:p>
        </w:tc>
        <w:tc>
          <w:tcPr>
            <w:tcW w:type="dxa" w:w="8278"/>
            <w:tcBorders>
              <w:start w:sz="5.600000000000023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Requirements</w:t>
            </w:r>
          </w:p>
        </w:tc>
      </w:tr>
      <w:tr>
        <w:trPr>
          <w:trHeight w:hRule="exact" w:val="464"/>
        </w:trPr>
        <w:tc>
          <w:tcPr>
            <w:tcW w:type="dxa" w:w="7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4.0</w:t>
            </w:r>
          </w:p>
        </w:tc>
        <w:tc>
          <w:tcPr>
            <w:tcW w:type="dxa" w:w="8278"/>
            <w:tcBorders>
              <w:start w:sz="5.600000000000023" w:val="single" w:color="#585858"/>
              <w:top w:sz="6.400000000000091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Design</w:t>
            </w:r>
          </w:p>
        </w:tc>
      </w:tr>
      <w:tr>
        <w:trPr>
          <w:trHeight w:hRule="exact" w:val="450"/>
        </w:trPr>
        <w:tc>
          <w:tcPr>
            <w:tcW w:type="dxa" w:w="780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5.0</w:t>
            </w:r>
          </w:p>
        </w:tc>
        <w:tc>
          <w:tcPr>
            <w:tcW w:type="dxa" w:w="8278"/>
            <w:tcBorders>
              <w:start w:sz="5.600000000000023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Change Report</w:t>
            </w:r>
          </w:p>
        </w:tc>
      </w:tr>
    </w:tbl>
    <w:p>
      <w:pPr>
        <w:autoSpaceDN w:val="0"/>
        <w:autoSpaceDE w:val="0"/>
        <w:widowControl/>
        <w:spacing w:line="230" w:lineRule="exact" w:before="410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Risk &amp; Constraints Note</w:t>
      </w:r>
    </w:p>
    <w:p>
      <w:pPr>
        <w:autoSpaceDN w:val="0"/>
        <w:autoSpaceDE w:val="0"/>
        <w:widowControl/>
        <w:spacing w:line="360" w:lineRule="exact" w:before="70" w:after="3444"/>
        <w:ind w:left="426" w:right="72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1.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เจ้าหน้าที่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ุมเอ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สารต้องตรวจสอบแต่ละราย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ารอย่างละเอียด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และต้องมีหลั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ฐานเพียงพอที่จะสรุปผลว่าผ่าน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2.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ผู้ปฏิบัติงานที่เ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ี่ยว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วรร่วมรับฟังผล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เพื่อให้แ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ได้ทันทีเมื่อพบประเด็น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3.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ารตรวจสอบแต่ละ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รั้งไม่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วรถู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ัดจังหวะ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ซึ่งจะทำให้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ารตรวจสอบเลื่อนออ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ไป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4.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ห้ามให้ผู้อื่นตรวจสอบแทนผู้ที่ได้รับมอบหมาย</w:t>
      </w: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ารตรวจสอบ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32"/>
        </w:trPr>
        <w:tc>
          <w:tcPr>
            <w:tcW w:type="dxa" w:w="1152"/>
            <w:tcBorders>
              <w:start w:sz="5.600000000000023" w:val="single" w:color="#585858"/>
              <w:top w:sz="6.399999999999977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356"/>
            <w:tcBorders>
              <w:start w:sz="5.599999999999909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Verification Item</w:t>
            </w:r>
          </w:p>
        </w:tc>
        <w:tc>
          <w:tcPr>
            <w:tcW w:type="dxa" w:w="2716"/>
            <w:tcBorders>
              <w:start w:sz="6.400000000000091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</w:t>
            </w:r>
          </w:p>
        </w:tc>
        <w:tc>
          <w:tcPr>
            <w:tcW w:type="dxa" w:w="780"/>
            <w:tcBorders>
              <w:start w:sz="6.400000000000091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</w:t>
            </w:r>
          </w:p>
        </w:tc>
        <w:tc>
          <w:tcPr>
            <w:tcW w:type="dxa" w:w="764"/>
            <w:tcBorders>
              <w:start w:sz="6.400000000000091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Owner</w:t>
            </w:r>
          </w:p>
        </w:tc>
        <w:tc>
          <w:tcPr>
            <w:tcW w:type="dxa" w:w="1290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Comment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Risk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Recommend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ation</w:t>
            </w:r>
          </w:p>
        </w:tc>
      </w:tr>
      <w:tr>
        <w:trPr>
          <w:trHeight w:hRule="exact" w:val="1244"/>
        </w:trPr>
        <w:tc>
          <w:tcPr>
            <w:tcW w:type="dxa" w:w="115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WP 3.0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Software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Requireme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nts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71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9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15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VR02.030.0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01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Header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271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29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15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VR02.030.0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02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ารซอฟต์แวร์ลงใน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หมวด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SR01–SR09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อย่างถู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271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จัดหมวด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9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หมวด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29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15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VR02.030.0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03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แต่ละหมวด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SR01–SR09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วามจำเป็น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ถ้วน</w:t>
            </w:r>
          </w:p>
        </w:tc>
        <w:tc>
          <w:tcPr>
            <w:tcW w:type="dxa" w:w="271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49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29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15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VR02.030.0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04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รหัสประจำราย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เช่น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SR01:001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ียนและเรียงลำดับ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271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รหัสเรียงลำดับถู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29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15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VR02.030.0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05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Remark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วามสัมพันธ์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CR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271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ารอ้างอิง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ลับไปยัง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29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15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VR02.030.0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06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ลงชื่อผู้จัดทำและผู้อนุมัติ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เรียบร้อย</w:t>
            </w:r>
          </w:p>
        </w:tc>
        <w:tc>
          <w:tcPr>
            <w:tcW w:type="dxa" w:w="271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มีตารางลงนาม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29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15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WP 4.0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Software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Design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71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9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15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VR02.040.0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01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Header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271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29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15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VR02.040.0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02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High Level Design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Use Case, Component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Deployment Diagram</w:t>
            </w:r>
          </w:p>
        </w:tc>
        <w:tc>
          <w:tcPr>
            <w:tcW w:type="dxa" w:w="271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3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29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15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VR02.040.0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03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User Interface Design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ผังหน้าจอที่จะใช้ในระบบ</w:t>
            </w:r>
          </w:p>
        </w:tc>
        <w:tc>
          <w:tcPr>
            <w:tcW w:type="dxa" w:w="271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มีผังหน้าจอ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ลุ่มโมดูล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29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30"/>
        </w:trPr>
        <w:tc>
          <w:tcPr>
            <w:tcW w:type="dxa" w:w="115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VR02.040.0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04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Baseline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ระบุสิ่งที่ถู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ำหนดเป็น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Baseline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และผู้อนุมัติ</w:t>
            </w:r>
          </w:p>
        </w:tc>
        <w:tc>
          <w:tcPr>
            <w:tcW w:type="dxa" w:w="271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Baseline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ถ้วน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พร้อมอ้างอิง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Configuration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Traceability</w:t>
            </w:r>
          </w:p>
          <w:p>
            <w:pPr>
              <w:autoSpaceDN w:val="0"/>
              <w:autoSpaceDE w:val="0"/>
              <w:widowControl/>
              <w:spacing w:line="180" w:lineRule="exact" w:before="76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Record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29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15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VR02.040.0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05</w:t>
            </w:r>
          </w:p>
        </w:tc>
        <w:tc>
          <w:tcPr>
            <w:tcW w:type="dxa" w:w="235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Unit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มีรหัส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แต่ละหน่วย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เช่น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UN01.001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อย่างเป็นระเบียบ</w:t>
            </w:r>
          </w:p>
        </w:tc>
        <w:tc>
          <w:tcPr>
            <w:tcW w:type="dxa" w:w="271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มีรหัส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45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หน่วย</w:t>
            </w:r>
          </w:p>
        </w:tc>
        <w:tc>
          <w:tcPr>
            <w:tcW w:type="dxa" w:w="78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29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152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Verification Item</w:t>
            </w:r>
          </w:p>
        </w:tc>
        <w:tc>
          <w:tcPr>
            <w:tcW w:type="dxa" w:w="271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</w:t>
            </w:r>
          </w:p>
        </w:tc>
        <w:tc>
          <w:tcPr>
            <w:tcW w:type="dxa" w:w="764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Owner</w:t>
            </w:r>
          </w:p>
        </w:tc>
        <w:tc>
          <w:tcPr>
            <w:tcW w:type="dxa" w:w="129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1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Comment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Risk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Recommend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ation</w:t>
            </w:r>
          </w:p>
        </w:tc>
      </w:tr>
      <w:tr>
        <w:trPr>
          <w:trHeight w:hRule="exact" w:val="1228"/>
        </w:trPr>
        <w:tc>
          <w:tcPr>
            <w:tcW w:type="dxa" w:w="115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VR02.040.0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06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Unit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Description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Functional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Interfaces Detail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271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หน่วย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29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2"/>
        </w:trPr>
        <w:tc>
          <w:tcPr>
            <w:tcW w:type="dxa" w:w="115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VR02.040.0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07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Unit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References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ที่สัมพันธ์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SR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271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อ้างอิง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หน่วย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29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15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VR02.040.0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08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ลงชื่อผู้จัดทำและผู้อนุมัติ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เรียบร้อย</w:t>
            </w:r>
          </w:p>
        </w:tc>
        <w:tc>
          <w:tcPr>
            <w:tcW w:type="dxa" w:w="271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มีตารางลงนาม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29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15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WP 5.0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Change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71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9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15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VR02.050.0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01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Header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271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3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ฉบับ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29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6"/>
        </w:trPr>
        <w:tc>
          <w:tcPr>
            <w:tcW w:type="dxa" w:w="115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VR02.050.0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02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Requesting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ียนราย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ละเอียดถู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ฉบับ</w:t>
            </w:r>
          </w:p>
        </w:tc>
        <w:tc>
          <w:tcPr>
            <w:tcW w:type="dxa" w:w="271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ฉบับ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29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15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VR02.050.0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03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Impact Analysis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ได้รับ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ารประเมินผล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ฉบับ</w:t>
            </w:r>
          </w:p>
        </w:tc>
        <w:tc>
          <w:tcPr>
            <w:tcW w:type="dxa" w:w="271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ารประเมินผล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ด้าน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ฉบับ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29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15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VR02.050.0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04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ารลงนามอนุมัติโดย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ณะ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พิจารณา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(CAB)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ฉบับ</w:t>
            </w:r>
          </w:p>
        </w:tc>
        <w:tc>
          <w:tcPr>
            <w:tcW w:type="dxa" w:w="271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มีตารางพิจารณาและลงนาม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29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68" w:lineRule="exact" w:before="358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สรุปผล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ารตรวจสอบรอบนี้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836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ารตรวจสอบทั้งหมด</w:t>
            </w:r>
          </w:p>
        </w:tc>
        <w:tc>
          <w:tcPr>
            <w:tcW w:type="dxa" w:w="69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18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(Passed)</w:t>
            </w:r>
          </w:p>
        </w:tc>
        <w:tc>
          <w:tcPr>
            <w:tcW w:type="dxa" w:w="69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18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ผลไม่ผ่าน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(Failed)</w:t>
            </w:r>
          </w:p>
        </w:tc>
        <w:tc>
          <w:tcPr>
            <w:tcW w:type="dxa" w:w="69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ประเด็น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</w:t>
            </w:r>
          </w:p>
        </w:tc>
        <w:tc>
          <w:tcPr>
            <w:tcW w:type="dxa" w:w="69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ารตรวจสอบรอบนี้ผ่านทุ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ประเด็นที่พบระหว่าง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ารตรวจสอบได้รับ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Correction</w:t>
      </w:r>
    </w:p>
    <w:p>
      <w:pPr>
        <w:autoSpaceDN w:val="0"/>
        <w:autoSpaceDE w:val="0"/>
        <w:widowControl/>
        <w:spacing w:line="246" w:lineRule="exact" w:before="70" w:after="2468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Register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แล้ว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ารตรวจสอบรอบถัดไปจะ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ลุมสิ่งส่งมอบที่จัดทำเพิ่มเติมในช่วงถัดไป</w:t>
      </w: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QA/Tester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8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บางชมภู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Control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42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VeR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verification-result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