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1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Verification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Results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07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1 (17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มีนา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2569)</w:t>
            </w:r>
          </w:p>
        </w:tc>
        <w:tc>
          <w:tcPr>
            <w:tcW w:type="dxa" w:w="223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</w:t>
            </w:r>
          </w:p>
        </w:tc>
        <w:tc>
          <w:tcPr>
            <w:tcW w:type="dxa" w:w="30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ึ้นเพื่อยืนยัน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โดยวางแผนตรวจสอบเป็นรอบระหว่าง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และตรวจสอบรอบสุดท้าย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่อนส่งมอบระบบ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เพื่อลด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วามล่าช้า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่าใช้จ่ายที่เ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ิดจา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ย้อนหลัง</w:t>
      </w:r>
    </w:p>
    <w:p>
      <w:pPr>
        <w:autoSpaceDN w:val="0"/>
        <w:autoSpaceDE w:val="0"/>
        <w:widowControl/>
        <w:spacing w:line="230" w:lineRule="exact" w:before="43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8278"/>
            <w:tcBorders>
              <w:start w:sz="5.600000000000023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Project Plan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8278"/>
            <w:tcBorders>
              <w:start w:sz="5.600000000000023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Risk &amp; Constraints Note</w:t>
      </w:r>
    </w:p>
    <w:p>
      <w:pPr>
        <w:autoSpaceDN w:val="0"/>
        <w:autoSpaceDE w:val="0"/>
        <w:widowControl/>
        <w:spacing w:line="360" w:lineRule="exact" w:before="72" w:after="3908"/>
        <w:ind w:left="426" w:right="72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1.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เจ้าหน้าที่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สารต้องตรวจสอบแต่ละราย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ารอย่างละเอียด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และต้องมีหลั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ฐานเพียงพอที่จะสรุปผลว่าผ่าน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2.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ผู้ปฏิบัติงานที่เ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วรร่วมรับฟังผล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ได้ทันทีเมื่อพบประเด็น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3.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ารตรวจสอบแต่ละ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รั้งไม่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วรถู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ัดจังหวะ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ซึ่งจะทำให้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ารตรวจสอบเลื่อนออ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ไป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4.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42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.400000000000091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988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1.0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Software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VR01.010.001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VR01.010.002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Run Version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สารที่ระบุใน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Header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ระบุเวอร์ชันและวันที่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ับชื่อไฟล์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VR01.010.003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ระบุรายละเอียดหัว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Manufacture,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Overview, 3 Goals and Scope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VR01.010.004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3.3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WP 1.0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ารสิ่งส่งมอบ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และรหัส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11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VR01.010.005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 Organization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VR01.010.006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6 Project Estimate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7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มีปริมาณงานและ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4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VR01.010.007</w:t>
            </w:r>
          </w:p>
        </w:tc>
        <w:tc>
          <w:tcPr>
            <w:tcW w:type="dxa" w:w="292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8 Work 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ระบุงานพร้อม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</w:t>
            </w:r>
          </w:p>
        </w:tc>
        <w:tc>
          <w:tcPr>
            <w:tcW w:type="dxa" w:w="160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27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รรมพร้อมราย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</w:p>
        </w:tc>
        <w:tc>
          <w:tcPr>
            <w:tcW w:type="dxa" w:w="78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VR01.010.008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9 Risk Management Plan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วามเสี่ยงพร้อมรหัส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</w:p>
        </w:tc>
        <w:tc>
          <w:tcPr>
            <w:tcW w:type="dxa" w:w="160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R1–R8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พร้อมแนวทาง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VR01.010.009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Contingency Actions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รณีงานไม่แล้วเสร็จ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มีแผนรองรับ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6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VR01.010.010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42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WP 2.0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</w:t>
            </w:r>
          </w:p>
        </w:tc>
        <w:tc>
          <w:tcPr>
            <w:tcW w:type="dxa" w:w="292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0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8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VR01.020.001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Header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มีรายละเอียดใน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Header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VR01.020.002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ารแต่ละราย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ารลงในหมวด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CR01–CR14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จัดหมวด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42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92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Verification Item</w:t>
            </w:r>
          </w:p>
        </w:tc>
        <w:tc>
          <w:tcPr>
            <w:tcW w:type="dxa" w:w="16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Evidence</w:t>
            </w:r>
          </w:p>
        </w:tc>
        <w:tc>
          <w:tcPr>
            <w:tcW w:type="dxa" w:w="78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</w:t>
            </w:r>
          </w:p>
        </w:tc>
        <w:tc>
          <w:tcPr>
            <w:tcW w:type="dxa" w:w="156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Comment / Risk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Recommendatio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</w:t>
            </w:r>
          </w:p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VR01.020.003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รหัสประจำราย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CR01:001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รหัสเรียงลำดับถู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VR01.020.004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Result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้อสรุป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มีผลสรุป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4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VR01.020.005</w:t>
            </w:r>
          </w:p>
        </w:tc>
        <w:tc>
          <w:tcPr>
            <w:tcW w:type="dxa" w:w="292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เรียบร้อย</w:t>
            </w:r>
          </w:p>
        </w:tc>
        <w:tc>
          <w:tcPr>
            <w:tcW w:type="dxa" w:w="16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มีตารางลงนาม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ถ้วน</w:t>
            </w:r>
          </w:p>
        </w:tc>
        <w:tc>
          <w:tcPr>
            <w:tcW w:type="dxa" w:w="78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5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ประเด็น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</w:p>
        </w:tc>
        <w:tc>
          <w:tcPr>
            <w:tcW w:type="dxa" w:w="6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ารตรวจสอบรอบนี้ผ่านทุ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ประเด็นที่พบระหว่าง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แล้ว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ารตรวจสอบรอบถัดไปจะ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