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9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Maintenance Document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0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ษาระบบหลังจา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ส่งมอบและเปิดใช้งานจริง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้อผิดพลาด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ารปรับปรุง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เพื่อให้ระบบมี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วามเสถียร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ต่อเนื่อง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(Maintenance 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82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Type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MD-001</w:t>
            </w:r>
          </w:p>
        </w:tc>
        <w:tc>
          <w:tcPr>
            <w:tcW w:type="dxa" w:w="82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Server (PHP 8, Apache, Linux Server)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MD-002</w:t>
            </w:r>
          </w:p>
        </w:tc>
        <w:tc>
          <w:tcPr>
            <w:tcW w:type="dxa" w:w="82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Application Modules (11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MD-003</w:t>
            </w:r>
          </w:p>
        </w:tc>
        <w:tc>
          <w:tcPr>
            <w:tcW w:type="dxa" w:w="82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(MariaDB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8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MD-004</w:t>
            </w:r>
          </w:p>
        </w:tc>
        <w:tc>
          <w:tcPr>
            <w:tcW w:type="dxa" w:w="82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MD-005</w:t>
            </w:r>
          </w:p>
        </w:tc>
        <w:tc>
          <w:tcPr>
            <w:tcW w:type="dxa" w:w="820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Real-time &amp; Scheduler Services (Node.js, Socket.IO, pm2)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MD-006</w:t>
            </w:r>
          </w:p>
        </w:tc>
        <w:tc>
          <w:tcPr>
            <w:tcW w:type="dxa" w:w="820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Components: Git Server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85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MD-007</w:t>
            </w:r>
          </w:p>
        </w:tc>
        <w:tc>
          <w:tcPr>
            <w:tcW w:type="dxa" w:w="820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 (Backup): 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ประเภท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4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  <w:tc>
          <w:tcPr>
            <w:tcW w:type="dxa" w:w="599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4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Corrective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(Bug Fix)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4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Adaptive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ปรับระบบให้รองรับ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หรือระบบปฏิบัติ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ารรุ่นใหม่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4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Perfective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ปรับปรุงประสิทธิภาพและเพิ่ม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วามสามารถตามที่ต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4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Preventive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(Patch Security)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รรม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(Maintenance Activities)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57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3676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  <w:tc>
          <w:tcPr>
            <w:tcW w:type="dxa" w:w="136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Error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้อผิดพลาดที่พบ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รายสัปดาห์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Patch Security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ปรับปรุงแพตช์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TLS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รายเดือน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Critical Patch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Backup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Recovery Test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ตรวจสอบชุดสำรองรายวันและทดสอบ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แวดล้อมทดสอบ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ไตรมาส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1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Monitor Uptime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วามพร้อมใช้งาน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องเว็บ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Support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สนับสนุนผู้ใช้งาน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และอบรมเมื่อมี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ปรับปรุงระบบ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Release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ลงระดับ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ารให้บริ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(Service Level Agreement)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2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ระดับปัญหา</w:t>
            </w:r>
          </w:p>
        </w:tc>
        <w:tc>
          <w:tcPr>
            <w:tcW w:type="dxa" w:w="426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</w:p>
        </w:tc>
        <w:tc>
          <w:tcPr>
            <w:tcW w:type="dxa" w:w="29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2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Incident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Critical</w:t>
            </w:r>
          </w:p>
        </w:tc>
        <w:tc>
          <w:tcPr>
            <w:tcW w:type="dxa" w:w="426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ระบบไม่สามารถใช้งานได้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9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2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Major Issue</w:t>
            </w:r>
          </w:p>
        </w:tc>
        <w:tc>
          <w:tcPr>
            <w:tcW w:type="dxa" w:w="426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ัญใช้งานไม่ได้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แต่มีทางเลี่ยงชั่ว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ราว</w:t>
            </w:r>
          </w:p>
        </w:tc>
        <w:tc>
          <w:tcPr>
            <w:tcW w:type="dxa" w:w="29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2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Minor Issue</w:t>
            </w:r>
          </w:p>
        </w:tc>
        <w:tc>
          <w:tcPr>
            <w:tcW w:type="dxa" w:w="426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ปัญหาที่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</w:p>
        </w:tc>
        <w:tc>
          <w:tcPr>
            <w:tcW w:type="dxa" w:w="29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2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Feature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Request</w:t>
            </w:r>
          </w:p>
        </w:tc>
        <w:tc>
          <w:tcPr>
            <w:tcW w:type="dxa" w:w="426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ารเพิ่มเติมนอ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ตเดิม</w:t>
            </w:r>
          </w:p>
        </w:tc>
        <w:tc>
          <w:tcPr>
            <w:tcW w:type="dxa" w:w="29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Release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ถัดไปผ่าน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และปรับปรุงระบบ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</w:p>
        </w:tc>
        <w:tc>
          <w:tcPr>
            <w:tcW w:type="dxa" w:w="658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ที่รับผิดชอบจา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Components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(28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เพื่อไม่ให้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ที่ส่งมอบแล้ว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658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สะท้อน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schema_migrations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เสมอ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ปรับปรุงชุดสำรอง</w:t>
            </w:r>
          </w:p>
        </w:tc>
        <w:tc>
          <w:tcPr>
            <w:tcW w:type="dxa" w:w="658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dev/wms-app.git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