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8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Product Operation Guide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34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ึ้นเพื่อเป็นแนวทางสำหรับผู้ดูแลระบบ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(System Administrator)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เฝ้าระวัง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ารปฏิบัติงานมีมาตรฐานและ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1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ทางเลือ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  <w:tc>
          <w:tcPr>
            <w:tcW w:type="dxa" w:w="402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3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แนะนำ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02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Compose: php-apache,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node/pm2</w:t>
            </w:r>
          </w:p>
        </w:tc>
        <w:tc>
          <w:tcPr>
            <w:tcW w:type="dxa" w:w="23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0" w:right="432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</w:t>
            </w:r>
          </w:p>
        </w:tc>
        <w:tc>
          <w:tcPr>
            <w:tcW w:type="dxa" w:w="402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</w:t>
            </w:r>
          </w:p>
        </w:tc>
        <w:tc>
          <w:tcPr>
            <w:tcW w:type="dxa" w:w="23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ารติดตั้งแบบ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1.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ัดลอ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.env.example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หรือรันส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ริปต์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docker/init-env.sh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ซึ่งจะสอบถามรหัสผ่านฐาน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ชื่อโฮสต์สาธารณะ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EMIT_SECRET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่าที่เว้นว่างระบบจะสุ่มให้อัตโนมัติ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ำสั่ง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docker compose up -d --build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เพื่อสร้างและเริ่มบริ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ารทั้งสามส่วน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Container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php-apache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app/config.php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เรียบร้อยแล้ว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โดยไฟล์นี้ไม่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และไม่ฝังอยู่ใน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Image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ตรวจสอบว่าฐาน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้าใช้งานระบบผ่านชื่อโฮสต์ที่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3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ารติดตั้งแบบ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เตรียมเ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Linux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ที่ติดตั้ง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PHP 8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ึ้นไป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MariaDB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app/config.php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้อมูลเชื่อมต่อฐาน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NODE_PUBLIC_URL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NODE_EMIT_URL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NODE_EMIT_SECRET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รัน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setup.php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รั้งเพื่อสร้างโ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้อมูลทั้งหมด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(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nodejs/server.js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nodejs/scheduler.js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pm2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</w:p>
        </w:tc>
        <w:tc>
          <w:tcPr>
            <w:tcW w:type="dxa" w:w="3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</w:p>
        </w:tc>
        <w:tc>
          <w:tcPr>
            <w:tcW w:type="dxa" w:w="3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หรือตัวแปรสภาพแวดล้อม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(Manual)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เว้นจา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่าในระบบ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app/setting/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$time_zone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5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ารเฝ้าระวังระบบ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3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ารเว็บ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ตรวจสอบว่าระบบตอบสนองและผู้ใช้เ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้าสู่ระบบได้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เชื่อมต่อได้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ตรวจสอบสถานะ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nodejs/logs/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ตรวจสอบว่างานสรุปยอดและงานแจ้งเตือนทำงาน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รบและไม่ซ้ำซ้อน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ารตรวจสอบล้มเหลวติดต่อ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ระบบจะส่งอีเมลแจ้งเตือนผู้ดูแลระบบ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pm2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จะพยายามเริ่มบริ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เป็นลำดับแร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ไม่สามารถ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ารได้ภายใน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30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นาที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ผู้ดูแลระบบต้องแจ้งผู้จัด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เหตุ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ชั่วโมงหรือ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ิจอย่างมีนัยสำ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ัญ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ต้องแจ้ง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6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7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9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</w:t>
            </w:r>
          </w:p>
        </w:tc>
        <w:tc>
          <w:tcPr>
            <w:tcW w:type="dxa" w:w="21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่าแม่แบบ</w:t>
            </w:r>
          </w:p>
        </w:tc>
        <w:tc>
          <w:tcPr>
            <w:tcW w:type="dxa" w:w="307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2 Remote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origin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backup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รั้งที่ส่งมอบหรือปรับ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21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็บถาวรใน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</w:p>
        </w:tc>
        <w:tc>
          <w:tcPr>
            <w:tcW w:type="dxa" w:w="307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Export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อัตโนมัติไปยังพื้นที่จัดเ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วด์ที่บริษัท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1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</w:p>
        </w:tc>
        <w:tc>
          <w:tcPr>
            <w:tcW w:type="dxa" w:w="21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สิ้นเดือน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เดือน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7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สารต้นฉบับ</w:t>
            </w:r>
          </w:p>
        </w:tc>
        <w:tc>
          <w:tcPr>
            <w:tcW w:type="dxa" w:w="1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รั้งที่ปรับปรุงเอ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</w:t>
            </w:r>
          </w:p>
        </w:tc>
        <w:tc>
          <w:tcPr>
            <w:tcW w:type="dxa" w:w="21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็บถาวรใน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6.1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ชุดสำรองที่ต้อง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็บบน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ลาวด์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และยืนยันวันที่พร้อม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วามสมบูรณ์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องไฟล์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2.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้าสู่สภาพแวดล้อมที่ไม่ใช่ระบบใช้งานจริง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่อนเสมอ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ารเชื่อมต่อฐาน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ารตัวอย่าง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จุด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หยุดบริ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ืนชุดสำรองที่ตรวจสอบแล้ว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แอปพลิเ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แล้วตรวจสอบสถานะตามหัว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5.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้อมูลล้มเหลวหรือไม่ทำงานตาม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8" w:lineRule="exact" w:before="202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ืนชุดสำรองลงในสภาพแวดล้อมที่ไม่ใช่ระบบใช้งานจริงสำเร็จ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้อมูลตัวอย่าง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ารได้ทบทวนผล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ั้นตอนปิด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68" w:lineRule="exact" w:before="38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7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ารปิดราย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ุมด้านปฏิบัติ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4"/>
        </w:trPr>
        <w:tc>
          <w:tcPr>
            <w:tcW w:type="dxa" w:w="82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6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120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3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6"/>
        </w:trPr>
        <w:tc>
          <w:tcPr>
            <w:tcW w:type="dxa" w:w="82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OP-001</w:t>
            </w:r>
          </w:p>
        </w:tc>
        <w:tc>
          <w:tcPr>
            <w:tcW w:type="dxa" w:w="236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แบบอัตโนมัติ</w:t>
            </w:r>
          </w:p>
        </w:tc>
        <w:tc>
          <w:tcPr>
            <w:tcW w:type="dxa" w:w="120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Administrat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</w:t>
            </w:r>
          </w:p>
        </w:tc>
        <w:tc>
          <w:tcPr>
            <w:tcW w:type="dxa" w:w="13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OP-002</w:t>
            </w:r>
          </w:p>
        </w:tc>
        <w:tc>
          <w:tcPr>
            <w:tcW w:type="dxa" w:w="236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เตือนเมื่อเ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20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Administrat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</w:t>
            </w:r>
          </w:p>
        </w:tc>
        <w:tc>
          <w:tcPr>
            <w:tcW w:type="dxa" w:w="13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เงื่อนไ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8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Owner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Admin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ารผู้ใช้งาน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บทบาท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้าถึงแอปพลิเ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ชันจา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เมนูตั้ง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ารเปลี่ยนบทบาทมีผล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รั้งถัดไป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ระบบอนุญาตให้ใช้งานได้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รั้งละหนึ่ง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Session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ต่อบัญชี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ารใช้บัญชีร่วม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