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8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 User Document</w:t>
            </w:r>
          </w:p>
        </w:tc>
        <w:tc>
          <w:tcPr>
            <w:tcW w:type="dxa" w:w="223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35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25690814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ารใช้งานสำหรับผู้ใช้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ู่มือฉบับนี้จัดทำ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ึ้นเพื่อเป็นแนวทางสำหรับผู้ใช้งานระบบบริหารจัด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้าสู่ระบบ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</w:p>
    <w:p>
      <w:pPr>
        <w:autoSpaceDN w:val="0"/>
        <w:autoSpaceDE w:val="0"/>
        <w:widowControl/>
        <w:spacing w:line="246" w:lineRule="exact" w:before="7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งานจัดซื้อ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ารเงินและบัญชี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ารเรีย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ดูรายงาน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ารแจ้ง</w:t>
      </w:r>
    </w:p>
    <w:p>
      <w:pPr>
        <w:autoSpaceDN w:val="0"/>
        <w:autoSpaceDE w:val="0"/>
        <w:widowControl/>
        <w:spacing w:line="244" w:lineRule="exact" w:before="5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เตือน</w:t>
      </w:r>
    </w:p>
    <w:p>
      <w:pPr>
        <w:autoSpaceDN w:val="0"/>
        <w:autoSpaceDE w:val="0"/>
        <w:widowControl/>
        <w:spacing w:line="268" w:lineRule="exact" w:before="398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1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้าสู่ระบบ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(System Access)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8446"/>
            <w:tcBorders>
              <w:start w:sz="5.600000000000023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8446"/>
            <w:tcBorders>
              <w:start w:sz="5.600000000000023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้าใช้งานผ่าน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 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(Chrome, Edge, Firefox)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URL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ที่ผู้ดูแลระบบ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8446"/>
            <w:tcBorders>
              <w:start w:sz="5.600000000000023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ผู้ใช้งานใหม่ที่เป็นเจ้า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องบริษัทให้เลือ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"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ลงทะเบียนบริษัท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"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และยืนยันอีเมลเพื่อเปิดใช้งาน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8446"/>
            <w:tcBorders>
              <w:start w:sz="5.600000000000023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ผู้ใช้งานที่ได้รับ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ำเชิญให้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ดลิง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์ในอีเมลเชิญ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แล้วตั้งรหัสผ่านเพื่อเ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้าร่วมบริษัท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8446"/>
            <w:tcBorders>
              <w:start w:sz="5.600000000000023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รณีลืมรหัสผ่าน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"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ลืมรหัสผ่าน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"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ระบบจะส่งลิง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์และรหัส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ไปยังอีเมลที่ลงทะเบียนไว้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8446"/>
            <w:tcBorders>
              <w:start w:sz="5.600000000000023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ระบบอนุญาตให้ใช้งานได้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รั้งละหนึ่ง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ต่อบัญชี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รณ์ใหม่ระบบจะปฏิเสธ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้าใช้งานซ้ำ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8446"/>
            <w:tcBorders>
              <w:start w:sz="5.600000000000023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อมพิวเตอร์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แท็บเล็ต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และโทรศัพท์มือถือ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2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บทบาทและสิทธิ์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ารใช้งาน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(Roles)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764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</w:p>
        </w:tc>
        <w:tc>
          <w:tcPr>
            <w:tcW w:type="dxa" w:w="8294"/>
            <w:tcBorders>
              <w:start w:sz="6.399999999999977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</w:t>
            </w:r>
          </w:p>
        </w:tc>
      </w:tr>
      <w:tr>
        <w:trPr>
          <w:trHeight w:hRule="exact" w:val="450"/>
        </w:trPr>
        <w:tc>
          <w:tcPr>
            <w:tcW w:type="dxa" w:w="76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8294"/>
            <w:tcBorders>
              <w:start w:sz="6.399999999999977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ใช้งานได้ทุ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เมนู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รวมถึง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ารผู้ใช้</w:t>
            </w:r>
          </w:p>
        </w:tc>
      </w:tr>
      <w:tr>
        <w:trPr>
          <w:trHeight w:hRule="exact" w:val="464"/>
        </w:trPr>
        <w:tc>
          <w:tcPr>
            <w:tcW w:type="dxa" w:w="764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Admin</w:t>
            </w:r>
          </w:p>
        </w:tc>
        <w:tc>
          <w:tcPr>
            <w:tcW w:type="dxa" w:w="8294"/>
            <w:tcBorders>
              <w:start w:sz="6.399999999999977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และใช้งานทุ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764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Staff</w:t>
            </w:r>
          </w:p>
        </w:tc>
        <w:tc>
          <w:tcPr>
            <w:tcW w:type="dxa" w:w="8294"/>
            <w:tcBorders>
              <w:start w:sz="6.399999999999977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ตามสิทธิ์ที่ได้รับ</w:t>
            </w:r>
          </w:p>
        </w:tc>
      </w:tr>
      <w:tr>
        <w:trPr>
          <w:trHeight w:hRule="exact" w:val="466"/>
        </w:trPr>
        <w:tc>
          <w:tcPr>
            <w:tcW w:type="dxa" w:w="76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Viewer</w:t>
            </w:r>
          </w:p>
        </w:tc>
        <w:tc>
          <w:tcPr>
            <w:tcW w:type="dxa" w:w="8294"/>
            <w:tcBorders>
              <w:start w:sz="6.399999999999977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ดูหน้าจอและรายงานที่ได้รับสิทธิ์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แต่ไม่สามารถสร้างหรือแ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ารได้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117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เมนูและปุ่ม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ำสั่งที่แสดงจะเปลี่ยนตามบทบาทและสิทธิ์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้าถึงที่ผู้ดูแลระบบ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3"/>
          <w:footerReference w:type="default" r:id="rId14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3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หน้าแร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และแดชบอร์ด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(Dashboard)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แดชบอร์ด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้าแสดงยอดสิน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งเหลือ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้าใ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ล้หมด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ลื่อนไหวล่าสุด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แดชบอร์ดบัญชีแสดงภาพรวมรายรับ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รายจ่าย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และยอด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้างชำระ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432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ตัวเล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บนแดชบอร์ด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ำนวณจา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ตารางสรุปยอดที่ปรับปรุงตาม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ำหนดเวลา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ารที่เพิ่งบันทึ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อาจแสดงผลช้า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้อมูลจริงเล็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น้อย</w:t>
      </w:r>
    </w:p>
    <w:p>
      <w:pPr>
        <w:autoSpaceDN w:val="0"/>
        <w:autoSpaceDE w:val="0"/>
        <w:widowControl/>
        <w:spacing w:line="266" w:lineRule="exact" w:before="39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4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ารตั้ง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่า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 (Master Data)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่อนเริ่มบันทึ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ผู้ใช้ระดับ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Owner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Admin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ตามลำดับ</w:t>
      </w:r>
    </w:p>
    <w:p>
      <w:pPr>
        <w:autoSpaceDN w:val="0"/>
        <w:tabs>
          <w:tab w:pos="652" w:val="left"/>
        </w:tabs>
        <w:autoSpaceDE w:val="0"/>
        <w:widowControl/>
        <w:spacing w:line="344" w:lineRule="exact" w:before="136" w:after="0"/>
        <w:ind w:left="42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1.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พื้นที่จัดเ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และช่องจัดเ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เลือ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ใช้โ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รงสร้างแบบ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ลังเดียวหรือแบบหลายชั้น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/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พื้นที่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/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ช่อง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ษณะ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ารทำงาน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หมวดสิน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้าและสิน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ระบุรหัสสิน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ชื่อ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หน่วยนับ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และรูปสิน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ประเภทผู้ติดต่อและผู้ติดต่อ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้าและผู้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ายที่ใช้ในเอ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ายและจัดซื้อ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4.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้อมูลบริษัทและ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SMTP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โลโ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และบัญชีอีเมลสำหรับส่ง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ารแจ้งเตือน</w:t>
      </w:r>
    </w:p>
    <w:p>
      <w:pPr>
        <w:autoSpaceDN w:val="0"/>
        <w:autoSpaceDE w:val="0"/>
        <w:widowControl/>
        <w:spacing w:line="268" w:lineRule="exact" w:before="396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5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(Inventory Operations)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10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เมนู</w:t>
            </w:r>
          </w:p>
        </w:tc>
        <w:tc>
          <w:tcPr>
            <w:tcW w:type="dxa" w:w="80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</w:t>
            </w:r>
          </w:p>
        </w:tc>
      </w:tr>
      <w:tr>
        <w:trPr>
          <w:trHeight w:hRule="exact" w:val="720"/>
        </w:trPr>
        <w:tc>
          <w:tcPr>
            <w:tcW w:type="dxa" w:w="10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80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ระบุจำนวน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สารอ้างอิง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หรือวันหมดอายุ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ให้ระบุ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เพิ่มเพื่อ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</w:t>
            </w:r>
          </w:p>
        </w:tc>
      </w:tr>
      <w:tr>
        <w:trPr>
          <w:trHeight w:hRule="exact" w:val="720"/>
        </w:trPr>
        <w:tc>
          <w:tcPr>
            <w:tcW w:type="dxa" w:w="10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80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้าและจำนวนที่ต้อง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ระบบจะตรวจสอบยอด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่อนอนุมัติราย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ินยอดระบบจะปฏิเสธ</w:t>
            </w:r>
          </w:p>
        </w:tc>
      </w:tr>
      <w:tr>
        <w:trPr>
          <w:trHeight w:hRule="exact" w:val="720"/>
        </w:trPr>
        <w:tc>
          <w:tcPr>
            <w:tcW w:type="dxa" w:w="10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80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ระบุตำแหน่งต้นทางและปลายทาง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ารโอนเดียวที่สอบ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ลับได้</w:t>
            </w:r>
          </w:p>
        </w:tc>
      </w:tr>
      <w:tr>
        <w:trPr>
          <w:trHeight w:hRule="exact" w:val="720"/>
        </w:trPr>
        <w:tc>
          <w:tcPr>
            <w:tcW w:type="dxa" w:w="10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พิมพ์บาร์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</w:p>
        </w:tc>
        <w:tc>
          <w:tcPr>
            <w:tcW w:type="dxa" w:w="80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้าหรือตำแหน่งจัดเ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็บเพื่อพิมพ์ฉลา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นในหน้าจอที่รองรับ</w:t>
            </w:r>
          </w:p>
        </w:tc>
      </w:tr>
      <w:tr>
        <w:trPr>
          <w:trHeight w:hRule="exact" w:val="450"/>
        </w:trPr>
        <w:tc>
          <w:tcPr>
            <w:tcW w:type="dxa" w:w="104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แนบไฟล์</w:t>
            </w:r>
          </w:p>
        </w:tc>
        <w:tc>
          <w:tcPr>
            <w:tcW w:type="dxa" w:w="801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ารได้ตามประเภทไฟล์ที่อนุญาต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6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(Sales)</w:t>
      </w:r>
    </w:p>
    <w:p>
      <w:pPr>
        <w:autoSpaceDN w:val="0"/>
        <w:autoSpaceDE w:val="0"/>
        <w:widowControl/>
        <w:spacing w:line="360" w:lineRule="exact" w:before="70" w:after="0"/>
        <w:ind w:left="426" w:right="331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สร้างใบเสนอรา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าให้ลู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แปลงใบเสนอรา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าที่ลู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้าตอบรับเป็นใบสั่ง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ใบแจ้งหนี้จา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ใบสั่ง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ระบบจะบันทึ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ารบัญชีที่เ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้องให้อัตโนมัติ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4.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ืนและออ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ใบลดหนี้</w:t>
      </w:r>
    </w:p>
    <w:p>
      <w:pPr>
        <w:autoSpaceDN w:val="0"/>
        <w:autoSpaceDE w:val="0"/>
        <w:widowControl/>
        <w:spacing w:line="246" w:lineRule="exact" w:before="250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ั้นตอนต้องเปลี่ยนสถานะตามลำดับที่ระบบ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เปลี่ยนสถานะ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ั้นระบบจะปฏิเสธพร้อมแสดง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</w:p>
    <w:p>
      <w:pPr>
        <w:autoSpaceDN w:val="0"/>
        <w:autoSpaceDE w:val="0"/>
        <w:widowControl/>
        <w:spacing w:line="268" w:lineRule="exact" w:before="39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7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งานจัดซื้อ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(Purchasing)</w:t>
      </w:r>
    </w:p>
    <w:p>
      <w:pPr>
        <w:autoSpaceDN w:val="0"/>
        <w:autoSpaceDE w:val="0"/>
        <w:widowControl/>
        <w:spacing w:line="360" w:lineRule="exact" w:before="70" w:after="1314"/>
        <w:ind w:left="426" w:right="6048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อซื้อและส่งให้ผู้มีอำนาจอนุมัติ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แปลงใบ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อซื้อที่อนุมัติแล้วเป็นใบสั่งซื้อ</w:t>
      </w: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44" w:lineRule="exact" w:before="430" w:after="0"/>
        <w:ind w:left="42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เมื่อได้รับสิน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้าให้บันทึ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ใบแจ้งหนี้ซื้อ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ระบบจะรับสิน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ลังและบันทึ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บัญชีที่เ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</w:p>
    <w:p>
      <w:pPr>
        <w:autoSpaceDN w:val="0"/>
        <w:autoSpaceDE w:val="0"/>
        <w:widowControl/>
        <w:spacing w:line="244" w:lineRule="exact" w:before="116" w:after="0"/>
        <w:ind w:left="42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4.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้าให้ผู้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้าผู้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8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ารเงินและบัญชี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(Finance &amp; Accounting)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2"/>
        </w:trPr>
        <w:tc>
          <w:tcPr>
            <w:tcW w:type="dxa" w:w="24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</w:p>
        </w:tc>
        <w:tc>
          <w:tcPr>
            <w:tcW w:type="dxa" w:w="659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4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ใบวางบิลรับและใบเสร็จรับเงิน</w:t>
            </w:r>
          </w:p>
        </w:tc>
        <w:tc>
          <w:tcPr>
            <w:tcW w:type="dxa" w:w="659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ารวางบิลและ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ารรับชำระจา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ับใบแจ้งหนี้ที่เ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</w:tr>
      <w:tr>
        <w:trPr>
          <w:trHeight w:hRule="exact" w:val="452"/>
        </w:trPr>
        <w:tc>
          <w:tcPr>
            <w:tcW w:type="dxa" w:w="24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ใบวางบิลจ่ายและใบสำ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  <w:tc>
          <w:tcPr>
            <w:tcW w:type="dxa" w:w="659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ารวางบิลและ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ารจ่ายชำระให้ผู้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ับใบแจ้งหนี้ซื้อ</w:t>
            </w:r>
          </w:p>
        </w:tc>
      </w:tr>
      <w:tr>
        <w:trPr>
          <w:trHeight w:hRule="exact" w:val="464"/>
        </w:trPr>
        <w:tc>
          <w:tcPr>
            <w:tcW w:type="dxa" w:w="24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ผังบัญชีและแผน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659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Owner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Admin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เป็นผู้ดูแลโ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รงสร้างบัญชี</w:t>
            </w:r>
          </w:p>
        </w:tc>
      </w:tr>
      <w:tr>
        <w:trPr>
          <w:trHeight w:hRule="exact" w:val="450"/>
        </w:trPr>
        <w:tc>
          <w:tcPr>
            <w:tcW w:type="dxa" w:w="24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สมุดรายวันและบัญชีแย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</w:p>
        </w:tc>
        <w:tc>
          <w:tcPr>
            <w:tcW w:type="dxa" w:w="659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ารบัญชีจา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สารต้นทางหรือบันทึ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เองตามสิทธิ์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ารต้องสมดุลจึงจะบันทึ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9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(Reports)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ภาพรวมสต๊อ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ลื่อนไหว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วามจุ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้าใ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ล้หมด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้าหมดอายุ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และรายงาน</w:t>
      </w:r>
    </w:p>
    <w:p>
      <w:pPr>
        <w:autoSpaceDN w:val="0"/>
        <w:autoSpaceDE w:val="0"/>
        <w:widowControl/>
        <w:spacing w:line="210" w:lineRule="exact" w:before="90" w:after="0"/>
        <w:ind w:left="652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Lot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ารเงิน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งบทดลอง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ำไร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าดทุน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งบดุล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ภาษีมูล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่าเพิ่ม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สมุดรายวัน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ลื่อนไหวบัญชีแย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</w:p>
    <w:p>
      <w:pPr>
        <w:autoSpaceDN w:val="0"/>
        <w:autoSpaceDE w:val="0"/>
        <w:widowControl/>
        <w:spacing w:line="244" w:lineRule="exact" w:before="54" w:after="0"/>
        <w:ind w:left="652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ประเภท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ดู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พิมพ์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และส่งออ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ภายใต้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ตบริษัทและสิทธิ์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องผู้ใช้</w:t>
      </w:r>
    </w:p>
    <w:p>
      <w:pPr>
        <w:autoSpaceDN w:val="0"/>
        <w:autoSpaceDE w:val="0"/>
        <w:widowControl/>
        <w:spacing w:line="268" w:lineRule="exact" w:before="39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10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ารแจ้งเตือน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(Notification)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ระบบแจ้งเตือนผู้ใช้ที่เ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้องแบบ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Real-time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เมื่อมี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ารเปลี่ยนสถานะเอ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สารที่ต้องดำเนิน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ารต่อ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และแจ้งเตือนตาม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ำหนดเวลาสำหรับสิน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้าใ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ล้หมดและใบแจ้งหนี้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้างชำระ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โดยแจ้งเฉพาะผู้ใช้ที่มีสิทธิ์ในบริบท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องบริษัทนั้น</w:t>
      </w:r>
    </w:p>
    <w:p>
      <w:pPr>
        <w:autoSpaceDN w:val="0"/>
        <w:autoSpaceDE w:val="0"/>
        <w:widowControl/>
        <w:spacing w:line="266" w:lineRule="exact" w:before="39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11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วามช่วยเหลือ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ปัญหา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ารใช้งานทั่วไป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ติดต่อผู้ดูแลระบบ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องบริษัท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ปัญหาที่เ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ารทำงาน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ให้แจ้งผ่านช่องทางสนับสนุนที่ระบุในเอ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Maintenance Document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ั้นตอน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ารติดตั้ง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อยู่ในเอ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Product Operation Guide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SuD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user-docu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