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3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ซอฟต์แวร์สำหรับส่งมอบให้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ชื่อผลิตภัณฑ์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BRN WMS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เวอร์ชันที่ส่งมอบ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6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วันที่ส่งมอบ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 compose up -d --build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ตระบบงานที่ส่งมอบ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ารผู้ใช้งานและสิทธิ์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ระบบรายงานและแดชบอร์ด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60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24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60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24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ชุดติดตั้งระบบ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 Stack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2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</w:t>
            </w:r>
          </w:p>
        </w:tc>
        <w:tc>
          <w:tcPr>
            <w:tcW w:type="dxa" w:w="623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Report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Results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2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ารตรวจรับส่งมอบ</w:t>
            </w:r>
          </w:p>
        </w:tc>
        <w:tc>
          <w:tcPr>
            <w:tcW w:type="dxa" w:w="623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Acceptance Report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Accepted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2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  <w:tc>
          <w:tcPr>
            <w:tcW w:type="dxa" w:w="623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Document, Product Operation Guide, 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อบทั้งหมดอยู่ในเอ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สถาปัตย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Item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Configuration (WP 8)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