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19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Test Report</w:t>
            </w:r>
          </w:p>
        </w:tc>
        <w:tc>
          <w:tcPr>
            <w:tcW w:type="dxa" w:w="223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32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25690814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ารทดสอบระบบ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Responsible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(Objective)</w:t>
      </w:r>
    </w:p>
    <w:p>
      <w:pPr>
        <w:autoSpaceDN w:val="0"/>
        <w:autoSpaceDE w:val="0"/>
        <w:widowControl/>
        <w:spacing w:line="300" w:lineRule="exact" w:before="132" w:after="0"/>
        <w:ind w:left="256" w:right="864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เพื่อยืนยันว่าระบบบริหารจัด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้าทำงานถู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Customer Requirements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Software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Requirements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ตามที่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ำหนดไว้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และดำเนิน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ารทดสอบตรงตามระยะเวลาใน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Project Plan</w:t>
      </w:r>
    </w:p>
    <w:p>
      <w:pPr>
        <w:autoSpaceDN w:val="0"/>
        <w:autoSpaceDE w:val="0"/>
        <w:widowControl/>
        <w:spacing w:line="268" w:lineRule="exact" w:before="396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8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67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8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Functional Test</w:t>
            </w:r>
          </w:p>
        </w:tc>
        <w:tc>
          <w:tcPr>
            <w:tcW w:type="dxa" w:w="67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8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Non-Functional Test</w:t>
            </w:r>
          </w:p>
        </w:tc>
        <w:tc>
          <w:tcPr>
            <w:tcW w:type="dxa" w:w="6718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/TLS/ก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8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Environment</w:t>
            </w:r>
          </w:p>
        </w:tc>
        <w:tc>
          <w:tcPr>
            <w:tcW w:type="dxa" w:w="671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Internal Testing Server (PHP 8, MariaDB, Node.js)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8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671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รอบทดสอบระบบ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</w:tr>
      <w:tr>
        <w:trPr>
          <w:trHeight w:hRule="exact" w:val="466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8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ที่ใช้ทดสอบ</w:t>
            </w:r>
          </w:p>
        </w:tc>
        <w:tc>
          <w:tcPr>
            <w:tcW w:type="dxa" w:w="671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ียงที่สุด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Commit </w:t>
            </w:r>
            <w:r>
              <w:rPr>
                <w:w w:val="101.25000476837158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dd48a8b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ำหนดทั้งหมด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(Passed)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</w:tr>
      <w:tr>
        <w:trPr>
          <w:trHeight w:hRule="exact" w:val="450"/>
        </w:trPr>
        <w:tc>
          <w:tcPr>
            <w:tcW w:type="dxa" w:w="8368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(Failed)</w:t>
            </w:r>
          </w:p>
        </w:tc>
        <w:tc>
          <w:tcPr>
            <w:tcW w:type="dxa" w:w="690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  <w:tr>
        <w:trPr>
          <w:trHeight w:hRule="exact" w:val="466"/>
        </w:trPr>
        <w:tc>
          <w:tcPr>
            <w:tcW w:type="dxa" w:w="8368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(Blocked / Pending)</w:t>
            </w:r>
          </w:p>
        </w:tc>
        <w:tc>
          <w:tcPr>
            <w:tcW w:type="dxa" w:w="690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Verification Items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32"/>
        </w:trPr>
        <w:tc>
          <w:tcPr>
            <w:tcW w:type="dxa" w:w="480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Register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Onboarding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1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Admin,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 &amp; App-Access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Administration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/ Storage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 Bin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Master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Warehouse Layer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006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007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out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008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Stock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Transfer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009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22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Lot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Serial / Expiry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010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Stock Reports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Sales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Quotation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5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ลดหนี้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Purchase Request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Finance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Receipt Billing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Receipt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015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Chart of Accounts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Departments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Formulas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016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Financial Reports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017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Numbering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018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TC-UN04.006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Attachment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019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Filter / Print / Export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020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ารและรายงานผู้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บริหาร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Audit Fields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History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024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บริบทปัจจุบัน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เวลาที่ใช้งานได้จริงบนสภาพแวดล้อมที่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Reports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Dashboard &amp;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Aggregates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Socket.IO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Notification Server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TC-UN02.002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Company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 &amp; Mail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Dispatch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Web-based Application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Referential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Integrity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บทบาทผู้ใช้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(Tablet/Mobile)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อย่างชัดเจน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ICS – Barcode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Label &amp; Scan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CR05: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TLS &amp; Secret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Configuration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เว็บสาธารณะ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Server-side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และฝั่งเซิร์ฟเวอร์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Server-side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Cross-Site Scripting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CR06: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006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Docker Compose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6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Web Browser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CR07: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อัตโนมัติรายวัน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Node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Scheduler (ETL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Alerts)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CR08: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005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ินสิทธิ์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CR09: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46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Docker Compose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Stack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up -d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--build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Deploy – .env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Generator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(docker/init-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env.sh)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CR10: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Document)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Guide)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CR11: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รอนุมัติ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71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Password Recovery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OTP / Session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ธรรมดา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72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setup.php Schema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Installer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CR12: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Profile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73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Accounting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Journal &amp; GL Posting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74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ICS – Stock-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out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75</w:t>
            </w:r>
          </w:p>
        </w:tc>
        <w:tc>
          <w:tcPr>
            <w:tcW w:type="dxa" w:w="126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93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Deploy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7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76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Lifecycle &amp; Status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CR13: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77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001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46"/>
        </w:trPr>
        <w:tc>
          <w:tcPr>
            <w:tcW w:type="dxa" w:w="480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78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002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8" w:right="344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  <w:tr>
        <w:trPr>
          <w:trHeight w:hRule="exact" w:val="1230"/>
        </w:trPr>
        <w:tc>
          <w:tcPr>
            <w:tcW w:type="dxa" w:w="480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79</w:t>
            </w:r>
          </w:p>
        </w:tc>
        <w:tc>
          <w:tcPr>
            <w:tcW w:type="dxa" w:w="126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93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Identity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Login &amp; Role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003</w:t>
            </w:r>
          </w:p>
        </w:tc>
        <w:tc>
          <w:tcPr>
            <w:tcW w:type="dxa" w:w="274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้าบนสภาพ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แวดล้อมใช้งานจริง</w:t>
            </w:r>
          </w:p>
        </w:tc>
        <w:tc>
          <w:tcPr>
            <w:tcW w:type="dxa" w:w="78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394"/>
        <w:gridCol w:w="1394"/>
        <w:gridCol w:w="1394"/>
        <w:gridCol w:w="1394"/>
        <w:gridCol w:w="1394"/>
        <w:gridCol w:w="1394"/>
        <w:gridCol w:w="1394"/>
      </w:tblGrid>
      <w:tr>
        <w:trPr>
          <w:trHeight w:hRule="exact" w:val="1244"/>
        </w:trPr>
        <w:tc>
          <w:tcPr>
            <w:tcW w:type="dxa" w:w="480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260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193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Testing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mer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Req.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ID</w:t>
            </w:r>
          </w:p>
        </w:tc>
        <w:tc>
          <w:tcPr>
            <w:tcW w:type="dxa" w:w="274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Req. Topic</w:t>
            </w:r>
          </w:p>
        </w:tc>
        <w:tc>
          <w:tcPr>
            <w:tcW w:type="dxa" w:w="7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Status</w:t>
            </w:r>
          </w:p>
        </w:tc>
        <w:tc>
          <w:tcPr>
            <w:tcW w:type="dxa" w:w="109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Date</w:t>
            </w:r>
          </w:p>
        </w:tc>
      </w:tr>
      <w:tr>
        <w:trPr>
          <w:trHeight w:hRule="exact" w:val="1228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  <w:tc>
          <w:tcPr>
            <w:tcW w:type="dxa" w:w="126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93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Security –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Tenant Scope Guard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CR14: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004</w:t>
            </w:r>
          </w:p>
        </w:tc>
        <w:tc>
          <w:tcPr>
            <w:tcW w:type="dxa" w:w="274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7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109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44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 – 14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</w:tr>
    </w:tbl>
    <w:p>
      <w:pPr>
        <w:autoSpaceDN w:val="0"/>
        <w:autoSpaceDE w:val="0"/>
        <w:widowControl/>
        <w:spacing w:line="230" w:lineRule="exact" w:before="410" w:after="15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No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Topic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Requirements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ผ่านทั้งหมด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45 Test Case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</w:tr>
      <w:tr>
        <w:trPr>
          <w:trHeight w:hRule="exact" w:val="450"/>
        </w:trPr>
        <w:tc>
          <w:tcPr>
            <w:tcW w:type="dxa" w:w="480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4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Pending</w:t>
            </w:r>
          </w:p>
        </w:tc>
        <w:tc>
          <w:tcPr>
            <w:tcW w:type="dxa" w:w="745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(Fail)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(Pending)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ารทดสอบนี้</w:t>
            </w:r>
          </w:p>
        </w:tc>
      </w:tr>
      <w:tr>
        <w:trPr>
          <w:trHeight w:hRule="exact" w:val="720"/>
        </w:trPr>
        <w:tc>
          <w:tcPr>
            <w:tcW w:type="dxa" w:w="480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Conclusion</w:t>
            </w:r>
          </w:p>
        </w:tc>
        <w:tc>
          <w:tcPr>
            <w:tcW w:type="dxa" w:w="7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ารทดสอบสรุปได้ว่าระบบพร้อมสำหรับ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เนื่องจา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เป็นไปตาม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Plan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หลั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ฐานประ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อบทางอ้อม</w:t>
      </w:r>
    </w:p>
    <w:p>
      <w:pPr>
        <w:autoSpaceDN w:val="0"/>
        <w:autoSpaceDE w:val="0"/>
        <w:widowControl/>
        <w:spacing w:line="300" w:lineRule="exact" w:before="130" w:after="0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Correction Register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พร่องที่พบระหว่างพัฒนา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28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ซึ่งได้รับ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้ไ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และตรวจสอบผล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ด้วย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Test Case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