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Components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สารแสดงส่วนประ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ๆ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องโปรแ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รมแต่ละเวอร์ชัน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(Compiled Program,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(PHP)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ทั้งหมด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(Node.js)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</w:t>
            </w:r>
          </w:p>
        </w:tc>
        <w:tc>
          <w:tcPr>
            <w:tcW w:type="dxa" w:w="31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</w:p>
        </w:tc>
        <w:tc>
          <w:tcPr>
            <w:tcW w:type="dxa" w:w="25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288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wms2.sql</w:t>
            </w:r>
          </w:p>
        </w:tc>
        <w:tc>
          <w:tcPr>
            <w:tcW w:type="dxa" w:w="13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Package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apache, mariadb, node/pm2)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Template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docker/init-env.sh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Demo Data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้อมูลสาธิตสำหรับตรวจรับ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demo_seed*.php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41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Package</w:t>
            </w:r>
          </w:p>
        </w:tc>
        <w:tc>
          <w:tcPr>
            <w:tcW w:type="dxa" w:w="31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</w:t>
            </w:r>
          </w:p>
        </w:tc>
        <w:tc>
          <w:tcPr>
            <w:tcW w:type="dxa" w:w="25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0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135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v1.0-final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Software Unit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ที่พัฒนาแล้ว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 Register &amp; Onboarding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 Login &amp; Role Guard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Password Recovery / OTP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Session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15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User &amp; App-Access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 Profile &amp; System Settings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 SMTP &amp; Mail Dispatch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Warehouse / Storage / Bin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Product &amp; Category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Contact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Warehouse Layer Configuration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Stock-in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Stock-out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 Transfer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Lot / Serial / Expiry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Barcode Label &amp; Scan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File Attachment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Quotation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Sales Order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Invoice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Return / Credit Note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Request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Order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Invoice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Supplier Return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 Receipt Billing &amp; Receipt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 Payment Billing &amp; Payment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Accounting – Chart of Accounts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Departments / Formulas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 Journal &amp; GL Posting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Dashboard &amp; Aggregates</w:t>
            </w:r>
          </w:p>
        </w:tc>
        <w:tc>
          <w:tcPr>
            <w:tcW w:type="dxa" w:w="94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Stock Reports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Financial Reports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Filter / Print / Export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Numbering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Lifecycle &amp; Status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36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Audit Fields &amp; History</w:t>
            </w:r>
          </w:p>
        </w:tc>
        <w:tc>
          <w:tcPr>
            <w:tcW w:type="dxa" w:w="94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Scheduler)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 Socket.IO Notification Server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Scheduler)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 Scheduler (ETL &amp; Alerts)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Tenant Scope Guard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Server-side Validation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Operation Lock &amp; Usage Guard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TLS &amp; Secret Configuration</w:t>
            </w:r>
          </w:p>
        </w:tc>
        <w:tc>
          <w:tcPr>
            <w:tcW w:type="dxa" w:w="94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setup.php Schema Installer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04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Docker Compose Stack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.env Generator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36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Backup &amp; Restore</w:t>
            </w:r>
          </w:p>
        </w:tc>
        <w:tc>
          <w:tcPr>
            <w:tcW w:type="dxa" w:w="9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สรุปจำนวนส่วนประ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(Module Group)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้อมูลที่ใช้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ารที่ทำงานเบื้องหลัง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(Node.js)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อบทั้งหมด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องระบบที่ส่งมอบ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สำรองไปยัง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Remote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git@github.com:thanakorninbox-dev/wms-app.git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ตามที่ระบุใน</w:t>
      </w:r>
    </w:p>
    <w:p>
      <w:pPr>
        <w:autoSpaceDN w:val="0"/>
        <w:autoSpaceDE w:val="0"/>
        <w:widowControl/>
        <w:spacing w:line="210" w:lineRule="exact" w:before="104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Project Repository (Backup)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ารเพิ่มหรือแ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