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Design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5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 Case Diagram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Actor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สิทธิ์สูงสุดภายในบริษัท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ารเงินตามสิทธิ์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Scheduler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 Service</w:t>
            </w:r>
          </w:p>
        </w:tc>
        <w:tc>
          <w:tcPr>
            <w:tcW w:type="dxa" w:w="28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ระทำภายนอ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3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Component Diagram</w:t>
      </w:r>
    </w:p>
    <w:p>
      <w:pPr>
        <w:autoSpaceDN w:val="0"/>
        <w:autoSpaceDE w:val="0"/>
        <w:widowControl/>
        <w:spacing w:line="244" w:lineRule="exact" w:before="160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Presentation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ในแต่ละโมดูล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app/&lt;module&gt;/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JavaScript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CSS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SR02:002, SR06:002,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Business Logic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app/assets/utils/classes/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Page Controller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SR03:001–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Access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ะที่ใช้ร่วม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SR02:004, SR06:001,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SR08:001–SR08:005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50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Real-time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External</w:t>
            </w:r>
          </w:p>
        </w:tc>
        <w:tc>
          <w:tcPr>
            <w:tcW w:type="dxa" w:w="509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สำหรับส่งอีเมล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4" w:after="190"/>
        <w:ind w:left="256" w:right="676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Deployment Diagram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ารติดตั้งระบบแบ่งเป็น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ชั้นบริ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718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(Tier)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Client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 Browser (Chrome/Edge/Firefox)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SR06:002, SR06:003,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Tier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 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Apache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docker/php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Tier</w:t>
            </w:r>
          </w:p>
        </w:tc>
        <w:tc>
          <w:tcPr>
            <w:tcW w:type="dxa" w:w="57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0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SR06:001, SR08:001–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Service Tier</w:t>
            </w:r>
          </w:p>
        </w:tc>
        <w:tc>
          <w:tcPr>
            <w:tcW w:type="dxa" w:w="57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0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420" w:lineRule="exact" w:before="142" w:after="188"/>
        <w:ind w:left="256" w:right="576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User Interface Design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ผังหน้าจอหลั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องระบบแบ่งตามโมดูล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Onboarding</w:t>
            </w:r>
          </w:p>
        </w:tc>
        <w:tc>
          <w:tcPr>
            <w:tcW w:type="dxa" w:w="70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</w:t>
            </w:r>
          </w:p>
        </w:tc>
        <w:tc>
          <w:tcPr>
            <w:tcW w:type="dxa" w:w="70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Inventory Control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Lot &amp; Serial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ืนและใบลดหนี้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Settings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SMTP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366" w:lineRule="exact" w:before="274" w:after="1238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Baseline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้อนี้ระบุสิ่งที่ถู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และผู้อนุมัติ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เพื่อให้ตรวจสอบเส้นทาง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สารชุดเดียว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42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3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  <w:tc>
          <w:tcPr>
            <w:tcW w:type="dxa" w:w="42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ที่สร้างโดย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docker/mariadb/init-wms2.sql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่าและชุดติด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Products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  <w:tr>
        <w:trPr>
          <w:trHeight w:hRule="exact" w:val="466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(System Analyst)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Configuration (WP 8)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Configuration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Traceability Record (WP 13)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นี้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(CH-001–CH-003)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Access)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Register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Onboarding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เชิญผู้ใช้และรับ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Login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Role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ชันฝั่ง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เซิร์ฟเวอร์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ลืมรหัสผ่านผ่านอีเมล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Hash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Concurrent Login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PasswordManager.</w:t>
            </w:r>
          </w:p>
          <w:p>
            <w:pPr>
              <w:autoSpaceDN w:val="0"/>
              <w:autoSpaceDE w:val="0"/>
              <w:widowControl/>
              <w:spacing w:line="260" w:lineRule="exact" w:before="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PasswordResetMan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App-Access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ปิดใช้ผู้ใช้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UN02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(Company Settings)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Profile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System Settings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CompanyProfileMa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SMTP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Mail Dispatch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/ Bin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app/inventory/,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Master –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Category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และรูปสิน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app/contact/,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สลับโ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้าตามสิน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app/ics/,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ปฏิเสธจำนวนเ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ารเดียว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Serial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Expiry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StockSourceManag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er.php, md_lot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SKU/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BarcodeManager.p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location_barcode_la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แนบและเรีย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ดูไฟล์ที่อนุญาตใน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FileUploader.php</w:t>
            </w:r>
          </w:p>
        </w:tc>
      </w:tr>
      <w:tr>
        <w:trPr>
          <w:trHeight w:hRule="exact" w:val="452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และแปลงเป็นใบสั่ง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app/order/,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QuotationManager.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ตามสถานะ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Sales – Return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Credit Note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สร้างและอนุมัติใบ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app/po/,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Order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แปลงใบ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อซื้อเป็นใบสั่งซื้อ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ติดตามสถานะ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Invoice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 Return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SupplierReturnMan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 —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Finance – Receipt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Billing &amp; Receipt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วางบิลรับและบันทึ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ใบเสรจรับเงิน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app/finance/,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วางบิลจ่ายและบันทึ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PaymentBillingMan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UN08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บัญชีอัตโนมัติ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app/accounting/,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Journal &amp; GL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Posting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แบบสมดุลภายใน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Transaction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app/journal/,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UN09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app/ac_dashboard/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EtlStockManager.ph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Lot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app/reports/,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VAT,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Filter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Print / Export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(document_number_sequen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ces)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DocumentNumber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เปลี่ยนสถานะที่ไม่ถู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Confirm Dialog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BatchActionManag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er.php, Manager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classes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– Audit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Fields &amp; History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td_* tables,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(Notification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และส่งต่อไปยัง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 &amp; Alerts)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Asia/Bangkok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nodejs/scheduler.js,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app/cron/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Tenant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Scope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Query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อยู่ในบริษัท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ลังที่ผู้ใช้ได้รับ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อนุญาต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StockTablesTrait.php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side Validation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Prepared Statements,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Escape Output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SQLi/XSS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Lock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วตาราย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OperationLockMan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UsageGuard.php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TLS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NODE_EMIT_SECRET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ที่สร้างตอนติดตั้ง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docker/php/config.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php.template, .env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UN13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(Deployment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wms/wms2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docker/mariadb/ini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t-wms2.sql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Compose Stack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Container php-apache,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mariadb, node/pm2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Entrypoint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config.php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compose.yml,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docker/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docker/init-env.sh,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.env.example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Restore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2 Remote,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mysqldump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Guide, backup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