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Requirements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ารซอฟต์แวร์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้าที่ได้รับอนุมัติแล้วให้เป็น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ารเชิงเท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องซอฟต์แวร์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ลุมมาตรฐาน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วามสัมพันธ์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ประสิทธิภาพ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ส่วนเชื่อมต่อ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้อผิดพลาด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เพื่อใช้เป็นเอ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สารอ้างอิงหลั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พัฒนา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ผู้มีส่วนได้ส่วนเสีย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5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038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90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5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038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(CEO)</w:t>
            </w:r>
          </w:p>
        </w:tc>
        <w:tc>
          <w:tcPr>
            <w:tcW w:type="dxa" w:w="390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5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038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90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5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038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ราะห์ระบบ</w:t>
            </w:r>
          </w:p>
        </w:tc>
        <w:tc>
          <w:tcPr>
            <w:tcW w:type="dxa" w:w="390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50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038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</w:t>
            </w:r>
          </w:p>
        </w:tc>
        <w:tc>
          <w:tcPr>
            <w:tcW w:type="dxa" w:w="390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50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038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ผู้ทดสอบระบบ</w:t>
            </w:r>
          </w:p>
        </w:tc>
        <w:tc>
          <w:tcPr>
            <w:tcW w:type="dxa" w:w="390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ารซอฟต์แวร์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(Software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1246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Standards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of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2024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ระบบต้องพัฒนาและจัดทำเอ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สารให้สอด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Basic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Profile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และแนวปฏิบัติ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Secure Coding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CR11:004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SR01:002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โนโลยี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(Socket.IO, pm2)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CR04:004,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CR12:001</w:t>
            </w:r>
          </w:p>
        </w:tc>
      </w:tr>
      <w:tr>
        <w:trPr>
          <w:trHeight w:hRule="exact" w:val="1772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(setup.php)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 Compose (php-apache, mariadb, node/pm2)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SR01:004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 (PASSWORD_BCRYPT)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วามธรรมดา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CR12:003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(app/config.php, .env)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เว้นจา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Source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ึ้นตอนติดตั้ง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CR10:003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SR01:006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Structure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Considerat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ions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 Application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แบบหลายหน้า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(Multi-page PHP)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SR02:002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ส่วนติดต่อผู้ใช้ต้องเป็น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/ Tablet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Mobile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SR02:003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ะทางธุร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ิจต้องจัดเป็น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Manager/Service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Page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Controller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ส่วนแสดงผล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SR02:004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ในหน้าเพจ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Stack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เหนือ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CR10:002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Elements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Onboarding,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Owner/Admin/Staff/Viewer,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(app/login/,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UserManager, PasswordManager, PasswordResetManager)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: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(app/setting/,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CompanyProfileManager, CompanySettingManager, SmtpManager)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</w:tr>
      <w:tr>
        <w:trPr>
          <w:trHeight w:hRule="exact" w:val="992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ก: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(app/inventory/, app/contact/, WarehouseManager,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ProductManager, ContactManager)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CR01:005,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</w:tr>
      <w:tr>
        <w:trPr>
          <w:trHeight w:hRule="exact" w:val="1228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Lot/Serial/Expiry,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(app/ics/, StockManager, StockSourceManager,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BarcodeManager, FileUploader)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CR01:019,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CR05:005</w:t>
            </w:r>
          </w:p>
        </w:tc>
      </w:tr>
      <w:tr>
        <w:trPr>
          <w:trHeight w:hRule="exact" w:val="99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(app/order/,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app/revenue/, QuotationManager, OrderManager, InvoiceManager,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ReturnManager)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SR03:006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(app/po/,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PurchaseRequestManager, PurchaseOrderManager,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SupplierReturnManager)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SR03:007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(app/finance/,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ReceiptBillingManager, ReceiptManager, PaymentBillingManager,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PaymentManager)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SR03:008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(app/accounting/, app/journal/, PostingManager)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(app/reports/, app/dashboard/, app/ac_dashboard/,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ReportManager, EtlStockManager)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CR01:017,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SR03:010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(DocumentNumberManager, BatchActionManager)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CR01:018,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Socket.IO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(nodejs/server.js, nodejs/scheduler.js, app/cron/)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Elements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Relationshi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ารยืนยันตัวตนและ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องโมดูลผู้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ใช้งานเท่านั้น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CR05:002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ไม่ทำซ้ำตรร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</w:tr>
      <w:tr>
        <w:trPr>
          <w:trHeight w:hRule="exact" w:val="706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โมดูลรายงานต้องอ่าน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ับใช้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SR04:004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ต้องรับเหตุ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เท่านั้น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CR03:003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โมดูลที่สร้างเอ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ิจต้องเรีย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สารเพื่อออ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SR05: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Performan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Characteris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tics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SR05:001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ต้องเสร็จภายในเวลาที่ใช้งานได้จริง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CR02:001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ยอดสรุปสต๊อ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ก/GL/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ำนวณล่วงหน้าตาม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(etl_stock_summary, etl_gl_summary)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ันตามที่ต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ลงสำหรับสภาพแวดล้อม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ใช้งานจริง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SR05:004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Health Check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และแจ้งเตือนผู้ดูแลเมื่อล้มเหลวติดต่อ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SR06: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Interfaces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: wms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wms2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CR03:001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Chrome, Edge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Firefox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รุ่นปัจจุบัน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CR03:002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SR06:003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Mobile/Tablet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UI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(NODE_EMIT_URL + NODE_EMIT_SECRET)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และส่งอีเมลผ่าน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Endpoint (NODE_PUBLIC_URL)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CR03:004</w:t>
            </w:r>
          </w:p>
        </w:tc>
      </w:tr>
      <w:tr>
        <w:trPr>
          <w:trHeight w:hRule="exact" w:val="1244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Security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Characteris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tics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SR07:001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ารเชื่อมต่อในสภาพแวดล้อมใช้งานจริงต้องผ่าน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CR14:004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ที่ใช้งานอยู่เพียงหนึ่งต่อบัญชี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Concurrent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Login)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CR06:006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SR07:004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Cross-Site Scripting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ทั้งด้านรับ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แสดงผล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RBAC (Owner/Admin/Staff/Viewer)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ับใช้ที่ฝั่งเซิร์ฟเวอร์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ไม่ใช่เพียง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ารซ่อนเมนู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CR06:004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SR08: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Design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nts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wms: user, company_list, company_map_user,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company_setting, company_smtp, company_usage, whitelist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(wms2): md_warehouse, md_storage, md_bin,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md_product, md_product_category, md_contact, md_contact_type,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md_account, md_account_formula, md_account_formula_item,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md_department, md_barcode, md_sku_barcode_label, md_lot,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md_lock_operation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CR01:005,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CR01:010,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</w:tr>
      <w:tr>
        <w:trPr>
          <w:trHeight w:hRule="exact" w:val="177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68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(td_*): td_stock, td_order/_item, td_quotation/_item,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td_invoice/_item, td_return/_item, td_purchase_request/_item,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td_purchase_order/_item, td_supplier_return/_item, td_receipt/_item,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td_receipt_billing/_item, td_payment/_item,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td_payment_billing/_item, td_gl/td_gl_item, td_batch_action,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td_bin_log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ตารางสรุปยอดและ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etl_stock_summary, etl_gl_summary,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document_number_sequences, document_types,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schema_migrations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CR01:018,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ตารางทั้งหมดต้องสร้างซ้ำได้ในสภาพแวดล้อมใหม่ผ่าน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โดยไม่ต้องแ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Schema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ด้วยมือ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SR09: Error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Handling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and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Recovery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Attributes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Void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Confirm Dialog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CR05:004,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้อผิดพลาดต้องแสดง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วามที่ผู้ใช้เ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Error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CR13:004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+ GL)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ันยอดติดลบ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ซ้ำ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*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864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ช่อง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Remark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แสดงรหัส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ที่เป็นที่มา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ซอฟต์แวร์แต่ละราย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ารซอฟต์แวร์ที่ไม่มีที่มาจา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่อนถือเป็น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้อผู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