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7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Configuration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วามเปลี่ยนแปลงต่าง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ๆ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Schedule)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706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 (CH-001–CH-003)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72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ส่งมอบและปิด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Acceptance Report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Configuration Item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7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70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package.json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package-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wms2.sql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รื่องที่ติดตั้ง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ึ้นตอนติดตั้งด้วย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(Markdown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(PDF)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ุมเวอร์ชันและ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0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(origin)</w:t>
            </w:r>
          </w:p>
        </w:tc>
        <w:tc>
          <w:tcPr>
            <w:tcW w:type="dxa" w:w="60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60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Tag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607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607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SSH Key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30" w:lineRule="exact" w:before="21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Item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(CH-001–CH-003)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(ISS-001–ISS-028)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Commit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