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04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Report</w:t>
            </w:r>
          </w:p>
        </w:tc>
        <w:tc>
          <w:tcPr>
            <w:tcW w:type="dxa" w:w="22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25690808 V1.0 ApS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ID</w:t>
            </w:r>
          </w:p>
        </w:tc>
        <w:tc>
          <w:tcPr>
            <w:tcW w:type="dxa" w:w="204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CH-002</w:t>
            </w:r>
          </w:p>
        </w:tc>
        <w:tc>
          <w:tcPr>
            <w:tcW w:type="dxa" w:w="22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</w:p>
        </w:tc>
        <w:tc>
          <w:tcPr>
            <w:tcW w:type="dxa" w:w="25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ฝ่ายบริหารโ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เตรียม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ารส่งมอบ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Scope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Quality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Schedule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Cost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Resource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วามเร่งด่วน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High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Medium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1 :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ารตรวจรับและสาธิตระบบ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0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2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5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8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5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56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(Description)</w:t>
            </w:r>
          </w:p>
        </w:tc>
        <w:tc>
          <w:tcPr>
            <w:tcW w:type="dxa" w:w="68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(demo_seed.php, demo_seed_more_orders.php,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demo_seed_transactions.php)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รูปแบบ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ำสั่งซื้อเพิ่มเติม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่าไดเร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ทอรี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Log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ที่ใช้ระหว่างสร้าง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5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(Justification)</w:t>
            </w:r>
          </w:p>
        </w:tc>
        <w:tc>
          <w:tcPr>
            <w:tcW w:type="dxa" w:w="68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ระบบที่ติดตั้งใหม่ไม่มีประวัติราย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ทำให้ตรวจรับรายงานและ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ารทำงานไม่ได้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จึงต้องมี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ตัวอย่างที่ใ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ารใช้งานจริงสำหรับ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ารสาธิต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3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5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5926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5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</w:t>
            </w:r>
          </w:p>
        </w:tc>
        <w:tc>
          <w:tcPr>
            <w:tcW w:type="dxa" w:w="59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2,900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บรรทัด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้อมูลใหม่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52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5926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520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</w:t>
            </w:r>
          </w:p>
        </w:tc>
        <w:tc>
          <w:tcPr>
            <w:tcW w:type="dxa" w:w="5926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ารภายในช่วงเตรียมส่งมอบตามแผน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5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Budget/Cost</w:t>
            </w:r>
          </w:p>
        </w:tc>
        <w:tc>
          <w:tcPr>
            <w:tcW w:type="dxa" w:w="59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่าใช้จ่ายเพิ่ม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5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Resource</w:t>
            </w:r>
          </w:p>
        </w:tc>
        <w:tc>
          <w:tcPr>
            <w:tcW w:type="dxa" w:w="59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5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Quality/Deliverables</w:t>
            </w:r>
          </w:p>
        </w:tc>
        <w:tc>
          <w:tcPr>
            <w:tcW w:type="dxa" w:w="59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้อมูลสาธิตเท่านั้น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CR07:004</w:t>
            </w:r>
          </w:p>
        </w:tc>
      </w:tr>
    </w:tbl>
    <w:p>
      <w:pPr>
        <w:autoSpaceDN w:val="0"/>
        <w:autoSpaceDE w:val="0"/>
        <w:widowControl/>
        <w:spacing w:line="266" w:lineRule="exact" w:before="36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4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ลงนาม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วรอนุมัติ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ระทบอยู่ในวิสัยที่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ุมได้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8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411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ต้องทดสอบซ้ำในส่วนที่ได้รับผล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8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948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1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5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2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2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☒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(Approved)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☐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(Rejected)</w:t>
            </w:r>
          </w:p>
        </w:tc>
      </w:tr>
      <w:tr>
        <w:trPr>
          <w:trHeight w:hRule="exact" w:val="466"/>
        </w:trPr>
        <w:tc>
          <w:tcPr>
            <w:tcW w:type="dxa" w:w="223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  <w:tr>
        <w:trPr>
          <w:trHeight w:hRule="exact" w:val="450"/>
        </w:trPr>
        <w:tc>
          <w:tcPr>
            <w:tcW w:type="dxa" w:w="22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ารแล้วเสร็จเมื่อ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.ค. 69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และใช้เป็น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้อมูลตั้งต้น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ภา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ผนว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ก A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Criteria)</w:t>
      </w:r>
    </w:p>
    <w:p>
      <w:pPr>
        <w:autoSpaceDN w:val="0"/>
        <w:autoSpaceDE w:val="0"/>
        <w:widowControl/>
        <w:spacing w:line="244" w:lineRule="exact" w:before="1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ตารางนี้ใช้เป็นแนวทางประเมินระดับ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 Level)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(Change</w:t>
      </w:r>
    </w:p>
    <w:p>
      <w:pPr>
        <w:autoSpaceDN w:val="0"/>
        <w:autoSpaceDE w:val="0"/>
        <w:widowControl/>
        <w:spacing w:line="246" w:lineRule="exact" w:before="70" w:after="19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Advisory Board – CAB)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วามเร่งด่วนได้ชัดเจนตามมาตรฐาน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90"/>
        </w:trPr>
        <w:tc>
          <w:tcPr>
            <w:tcW w:type="dxa" w:w="67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76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High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ระทบอย่างมีนัยสำ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ัญต่อระบบหลั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ซึ่งต้องได้รับอนุมัติจา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Sponsor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418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ต้องปรับงบ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ประมาณหรือระยะเวลาโ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32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1244"/>
        </w:trPr>
        <w:tc>
          <w:tcPr>
            <w:tcW w:type="dxa" w:w="67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Medi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  <w:tc>
          <w:tcPr>
            <w:tcW w:type="dxa" w:w="414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ระทบต่อส่วนติดต่อผู้ใช้งานหรือ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์ชันย่อยบางส่วน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790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ะบางส่วน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Quality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</w:p>
          <w:p>
            <w:pPr>
              <w:autoSpaceDN w:val="0"/>
              <w:autoSpaceDE w:val="0"/>
              <w:widowControl/>
              <w:spacing w:line="256" w:lineRule="exact" w:before="14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Deliverables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บางส่วน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Low</w:t>
            </w:r>
          </w:p>
        </w:tc>
        <w:tc>
          <w:tcPr>
            <w:tcW w:type="dxa" w:w="414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นาดเล็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ที่ไม่ส่งผลต่อ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279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้หรือรูปภาพ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ปรับฟอนต์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หรือสี</w:t>
            </w:r>
          </w:p>
        </w:tc>
        <w:tc>
          <w:tcPr>
            <w:tcW w:type="dxa" w:w="1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(Requester)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วามรุนแรงตามตารางนี้ในส่วน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(CAB)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ใช้ตารางนี้ประ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ารพิจารณาในส่วน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้อสงสัยในระดับผล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ให้ใช้ระดับที่สูง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