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1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25690521 V1.0 NoC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CH-001</w:t>
            </w:r>
          </w:p>
        </w:tc>
        <w:tc>
          <w:tcPr>
            <w:tcW w:type="dxa" w:w="223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6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ราะห์ระบบ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ตัวแทนผู้ใช้งาน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Bin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(21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5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5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2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69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"Rack"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"Bin"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ลุมป้าย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custom.js,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รื่องมือบาร์โ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(BarcodeManager.php, location_barcode_label.php,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retrieve_rack.php)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5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69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ำที่ใช้ในระบบตรง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ำที่พนั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้าใช้จริงใน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ารปฏิบัติงาน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วามสับสนระหว่าง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52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9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65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1,000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บรรทัด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ลาสและเ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รื่องมือบาร์โ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์ชันใหม่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2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526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92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6526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ารภายในช่วงพัฒนาปัจจุบัน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ำหนดส่งมอบ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9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Budget/Cost</w:t>
            </w:r>
          </w:p>
        </w:tc>
        <w:tc>
          <w:tcPr>
            <w:tcW w:type="dxa" w:w="65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รทีมพัฒนาเดิม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9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65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9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65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เท่านั้น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ไม่เปลี่ยนพฤติ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รบให้บันทึ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(ISS-023)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26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7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67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64"/>
        </w:trPr>
        <w:tc>
          <w:tcPr>
            <w:tcW w:type="dxa" w:w="226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7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8f57ab5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7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และตรวจสอบผลด้วย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TC-UN03.001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10–14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</w:t>
      </w:r>
    </w:p>
    <w:p>
      <w:pPr>
        <w:autoSpaceDN w:val="0"/>
        <w:autoSpaceDE w:val="0"/>
        <w:widowControl/>
        <w:spacing w:line="244" w:lineRule="exact" w:before="56" w:after="20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6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