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47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Acceptance Report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64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ารส่งมอบงาน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8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33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22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  <w:tc>
          <w:tcPr>
            <w:tcW w:type="dxa" w:w="1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288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(Accepted / Not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8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Schedule)</w:t>
            </w:r>
          </w:p>
        </w:tc>
        <w:tc>
          <w:tcPr>
            <w:tcW w:type="dxa" w:w="22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8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  <w:tc>
          <w:tcPr>
            <w:tcW w:type="dxa" w:w="22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8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 Specification</w:t>
            </w:r>
          </w:p>
        </w:tc>
        <w:tc>
          <w:tcPr>
            <w:tcW w:type="dxa" w:w="22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87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333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Design</w:t>
            </w:r>
          </w:p>
        </w:tc>
        <w:tc>
          <w:tcPr>
            <w:tcW w:type="dxa" w:w="22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001–CH-003)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and Test Procedures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Results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 Document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ารทดสอบพร้อมนำ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ไปใช้งานจริง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(Git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6c39700)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872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33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  <w:tc>
          <w:tcPr>
            <w:tcW w:type="dxa" w:w="19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288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(Accepted / Not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8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33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Operation Guide</w:t>
            </w:r>
          </w:p>
        </w:tc>
        <w:tc>
          <w:tcPr>
            <w:tcW w:type="dxa" w:w="22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8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33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 Document</w:t>
            </w:r>
          </w:p>
        </w:tc>
        <w:tc>
          <w:tcPr>
            <w:tcW w:type="dxa" w:w="22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ารตรวจสอบตามเ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ฐานอ้างอิง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331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ตทำงานตรงตาม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331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Report 45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331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ารยอมรับโดยผู้ใช้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Validation Results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Correction Register 28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User Document, Product 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Guide, Maintenance Document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พร้อมชุดสำรอง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Repository, Project Repository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(Backup)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33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โดยผู้ตรวจ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สอบอิสระ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Results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421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8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ผลสรุป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ตรวจรับแล้ว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484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Accepted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ผู้รับมอบได้ตรวจสอบสิ่งส่งมอบทั้งหมดตามเ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Statement of Work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Software Project Plan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แล้วเห็นว่า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จึงมีมติตรวจรับส่งมอบระบบเมื่อวันที่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17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โดยงาน</w:t>
      </w:r>
    </w:p>
    <w:p>
      <w:pPr>
        <w:autoSpaceDN w:val="0"/>
        <w:autoSpaceDE w:val="0"/>
        <w:widowControl/>
        <w:spacing w:line="244" w:lineRule="exact" w:before="70" w:after="15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อบรมผู้ใช้งานและ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ารปิดงาน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ุมปฏิบัติ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ารแล้วเสร็จภายในวันที่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ตามแผนปิดโ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