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77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Customer Requirements</w:t>
            </w:r>
          </w:p>
        </w:tc>
        <w:tc>
          <w:tcPr>
            <w:tcW w:type="dxa" w:w="2234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40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25690206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(Customer Requirements)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06" w:lineRule="exact" w:before="124" w:after="0"/>
        <w:ind w:left="256" w:right="432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สารฉบับนี้จัดทำ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และสรุป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(Customer Requirements)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ISO/IEC 29110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สำหรับใช้เป็นพื้นฐานใน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Software Requirements Specification,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แบบระบบ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,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ารพัฒนาระบบบริหารจัด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(BRN WMS)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บริษัท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อาร์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เอ็นเตอร์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ไพรส์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ผู้มีส่วนได้ส่วนเสีย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85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14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4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85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14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ผู้บริหาร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(CEO)</w:t>
            </w:r>
          </w:p>
        </w:tc>
        <w:tc>
          <w:tcPr>
            <w:tcW w:type="dxa" w:w="4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Sponsor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อนุมัติและตัดสินใจเชิง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ลยุทธ์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85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14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4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บริหารโ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85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4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ราะห์ระบบ</w:t>
            </w:r>
          </w:p>
        </w:tc>
        <w:tc>
          <w:tcPr>
            <w:tcW w:type="dxa" w:w="4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็บและวิเ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85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หัวหน้าฝ่าย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้าและพนั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14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41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โอนย้าย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และตรวจนับ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852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ายและฝ่ายจัดซื้อ</w:t>
            </w:r>
          </w:p>
        </w:tc>
        <w:tc>
          <w:tcPr>
            <w:tcW w:type="dxa" w:w="141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</w:p>
        </w:tc>
        <w:tc>
          <w:tcPr>
            <w:tcW w:type="dxa" w:w="41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ายและจัดซื้อ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285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ฝ่ายบัญชีและ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</w:p>
        </w:tc>
        <w:tc>
          <w:tcPr>
            <w:tcW w:type="dxa" w:w="141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</w:p>
        </w:tc>
        <w:tc>
          <w:tcPr>
            <w:tcW w:type="dxa" w:w="41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ารวางบิล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ารเชิงหน้าที่และไม่ใช่หน้าที่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(Functional and Non-Functional Requirements)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974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Feature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Functional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Characteristics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CR01:001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ารลงทะเบียนเจ้า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ารเชิญผู้ใช้งานเ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ร่วมบริษัท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(Onboarding)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FR-001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1"/>
          <w:footerReference w:type="default" r:id="rId12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18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CR01:002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ระบบต้องยืนยันตัวตนผู้ใช้และบัง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ับสิทธิ์ตามบทบาท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Owner,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Admin, Staff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Viewer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CR01:003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Session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FR-003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CR01:004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ระบบต้องให้ผู้ดูแลจัด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SMTP,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CR01:005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ประเภทผู้ติดต่อ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และผู้ติดต่อ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FR-005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CR01:006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ลังเดียวและแบบ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หลายชั้น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FR-006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CR01:007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(Stock-in)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สารอ้างอิง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้อมูลติดตาม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FR-007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CR01:008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(Stock-out)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โดยตรวจสอบสิทธิ์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่อนจ่าย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FR-008</w:t>
            </w:r>
          </w:p>
        </w:tc>
      </w:tr>
      <w:tr>
        <w:trPr>
          <w:trHeight w:hRule="exact" w:val="706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CR01:009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้าระหว่างตำแหน่งจัดเ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็บที่ได้รับอนุญาตโดยยอด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ปลายทางสมดุล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FR-009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CR01:010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และวันหมดอายุ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FR-010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CR01:011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ระบบต้องแสดงภาพรวมสต๊อ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้าหมดอายุ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FR-011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CR01:012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ระบบต้องพิมพ์บาร์โ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(SKU)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นในหน้าจอที่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CR01:013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และใบลดหนี้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FR-013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CR01:014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CR01:015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ารใบวางบิลรับ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ใบเสร็จรับเงิน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FR-015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CR01:016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ารผังบัญชี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สูตรบัญชี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และบัญชี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FR-016</w:t>
            </w:r>
          </w:p>
        </w:tc>
      </w:tr>
      <w:tr>
        <w:trPr>
          <w:trHeight w:hRule="exact" w:val="704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CR01:017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ระบบต้องจัดทำรายงานงบทดลอง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ำไร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าดทุน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ภาษีมูล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GL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FR-017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CR01:018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สารอัตโนมัติและ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วงจรชีวิต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FR-018</w:t>
            </w:r>
          </w:p>
        </w:tc>
      </w:tr>
      <w:tr>
        <w:trPr>
          <w:trHeight w:hRule="exact" w:val="466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CR01:019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ารแนบไฟล์ที่อนุญาต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FR-019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18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CR01:020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ระบบต้องให้ผู้ใช้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รายงานผู้บริหาร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FR-020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CR01:021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ระบบต้องแจ้งเตือนผู้ใช้ที่เ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้องเมื่อสถานะเอ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สารเปลี่ยนหรือมี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FR-021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CR01:022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ล้หมดและใบแจ้ง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้างชำระตาม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CR01:023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็บผู้สร้าง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ข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ารเพื่อ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สอบ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FR-023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CR01:024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้าให้เฉพาะผู้ใช้ที่ได้รับอนุญาต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ในบริบทปัจจุบัน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CR02: Performance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CR02:001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ระบบต้องตอบสนองงานประจำวัน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เปิดหน้าจอ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้นหา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ภายในเวลาที่ใช้งานได้จริงบนสภาพแวดล้อมที่ต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NFR-006</w:t>
            </w:r>
          </w:p>
        </w:tc>
      </w:tr>
      <w:tr>
        <w:trPr>
          <w:trHeight w:hRule="exact" w:val="706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CR02:002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ระบบต้องมีตารางสรุปยอด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(Aggregate)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เพื่อให้แดชบอร์ดและ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รายงานแสดงผลได้โดยไม่ต้อง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ำนวณใหม่ทุ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NFR-006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CR02:003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ระบบต้องรองรับปริมาณ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้อมูลและผู้ใช้พร้อม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ันในระดับที่ต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ลงสำหรับ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สภาพแวดล้อมใช้งานจริง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NFR-006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CR03: Interface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CR03:001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ระบบต้องเชื่อมต่อฐาน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MySQL/MariaDB 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(wms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wms2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Operational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context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CR03:002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ระบบต้องใช้งานผ่าน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 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(Chrome, Edge,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Firefox)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NFR-008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CR03:003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ระบบต้องส่งเหตุ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ารณ์ไปยังบริ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Secret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CR03:004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ต้องเชื่อมต่อ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Socket.IO 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สาธารณะเพื่อรับ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Real-time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FR-021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CR03:005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ระบบต้องส่งอีเมล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Onboarding,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SMTP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่าต่อบริษัท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FR-004</w:t>
            </w:r>
          </w:p>
        </w:tc>
      </w:tr>
      <w:tr>
        <w:trPr>
          <w:trHeight w:hRule="exact" w:val="704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CR04: Required System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Characteristics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CR04:001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ระบบต้องพัฒนาบนสถาปัตย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Web-based Application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Operational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context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CR04:002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Relational Database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Referential Integrity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Data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18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CR04:003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Username/Password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ำหนดบทบาทผู้ใช้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FR-002</w:t>
            </w:r>
          </w:p>
        </w:tc>
      </w:tr>
      <w:tr>
        <w:trPr>
          <w:trHeight w:hRule="exact" w:val="464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CR04:004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ระบบต้องทำงานบน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8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ึ้นไป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MySQL/MariaDB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NFR-008</w:t>
            </w:r>
          </w:p>
        </w:tc>
      </w:tr>
      <w:tr>
        <w:trPr>
          <w:trHeight w:hRule="exact" w:val="976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 Human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Engineering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CR05:001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Responsive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ใช้งานได้ทั้งบน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(Tablet/Mobile)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NFR-005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CR05:002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เมนูและปุ่ม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ำสั่งต้องแสดงตามบทบาทและสิทธิ์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องผู้ใช้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Interface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CR05:003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ระบบต้องแสดงผล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วามสำเร็จ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พลาดอย่างชัดเจน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Interface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CR05:004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่อนลบ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หรือทำราย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ลับไม่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Usability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practice</w:t>
            </w:r>
          </w:p>
        </w:tc>
      </w:tr>
      <w:tr>
        <w:trPr>
          <w:trHeight w:hRule="exact" w:val="706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CR05:005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ระบบต้องพิมพ์เอ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สารธุร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ิจและฉลา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้ดในรูปแบบที่ใช้งานได้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Interface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0" w:right="86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 Security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CR06:001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ารเชื่อมต่อในสภาพแวดล้อมใช้งานจริงต้องเ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HTTPS/TLS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NFR-001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CR06:002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องระบบต้องไม่ถู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Control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้าถึงได้จา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เว็บสาธารณะ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NFR-001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CR06:003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ารทำงานฝั่งเซิร์ฟเวอร์ต้องตรวจสอบ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ยืนยันตัวตน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NFR-002</w:t>
            </w:r>
          </w:p>
        </w:tc>
      </w:tr>
      <w:tr>
        <w:trPr>
          <w:trHeight w:hRule="exact" w:val="706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CR06:004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(Role-based Access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Control)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และฝั่งเซิร์ฟเวอร์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FR-002</w:t>
            </w:r>
          </w:p>
        </w:tc>
      </w:tr>
      <w:tr>
        <w:trPr>
          <w:trHeight w:hRule="exact" w:val="464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CR06:005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SQL Injection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Cross-Site Scripting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CR06:006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ระบบต้องบล็อ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้าสู่ระบบซ้ำซ้อน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(Concurrent Login)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FR-003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CR07: Environmental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CR07:001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ระบบต้องทำงานบน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Linux Server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ในรูปแบบติดตั้งเอง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(LAMP)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Docker Compose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06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CR07:002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Asia/Bangkok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อย่างสม่ำเสมอทั้งแอปพลิเ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NFR-010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CR07:003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ระบบต้องใช้งานได้บนอุป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พาผ่าน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Web Browser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NFR-005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18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CR07:004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้อมูลใช้งานจริงได้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Data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 Operational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CR08:001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้อมูลอัตโนมัติรายวัน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452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CR08:002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ชุดสำรองได้ตาม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ั้นตอนที่จัดทำเป็นเอ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CR08:003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ารเฝ้าระวังสถานะบริ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Web, Database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พร้อมแจ้งเตือนเมื่อ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CR08:004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ระบบต้องรองรับหลายบริษัท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(Multi-company)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และหลาย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ภายใต้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CR08:005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ำหนดเวลาต้องทำงานสำเร็จโดยไม่สร้างผลลัพธ์ซ้ำหรือเ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FR-022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CR09: Maintenance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CR09:001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ซอฟต์แวร์ต้องมีโ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รงสร้างแบบโมดูล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(Manager Classes / API)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ได้โดยไม่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ระทบส่วนอื่น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NFR-007</w:t>
            </w:r>
          </w:p>
        </w:tc>
      </w:tr>
      <w:tr>
        <w:trPr>
          <w:trHeight w:hRule="exact" w:val="704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CR09:002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ระบบต้องมีแม่แบบ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(Configuration Template)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ุมเวอร์ชันด้วย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NFR-007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CR09:003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ารบำรุงรั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ษาและประวัติ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พร่องที่แ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CR09:004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้อมูลต้องสะท้อนใน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schema_migrations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NFR-007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 Installation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CR10:001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้อมูลได้ใน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ั้นตอนเดียวผ่าน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04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CR10:002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up -d --build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CR10:003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86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.env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(docker/init-env.sh)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NFR-001</w:t>
            </w:r>
          </w:p>
        </w:tc>
      </w:tr>
      <w:tr>
        <w:trPr>
          <w:trHeight w:hRule="exact" w:val="466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CR10:004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86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CR11: Support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CR11:001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(Software User Document)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Documentati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on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18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Result*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CR11:002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ู่มือปฏิบัติงานสำหรับผู้ดูแลระบบ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(Product Operation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Guide)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Documentati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on</w:t>
            </w:r>
          </w:p>
        </w:tc>
      </w:tr>
      <w:tr>
        <w:trPr>
          <w:trHeight w:hRule="exact" w:val="464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CR11:003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ารอบรมผู้ใช้งาน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่อนเปิดใช้งานจริง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Training</w:t>
            </w:r>
          </w:p>
        </w:tc>
      </w:tr>
      <w:tr>
        <w:trPr>
          <w:trHeight w:hRule="exact" w:val="452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CR11:004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ต้องมีช่องทางสนับสนุนและระดับ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ารให้บริ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(SLA)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หลังส่งมอบ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Maintenance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00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CR12: Design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Constraints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CR12:001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ระบบต้องพัฒนาด้วย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PHP, 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ตามที่อง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NFR-008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CR12:002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main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Configuratio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CR12:003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รหัสผ่านผู้ใช้ต้องเ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bcrypt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็บหรือบันทึ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วามธรรมดา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NFR-002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CR12:004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ISO/IEC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29110 Basic Profile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NFR-009</w:t>
            </w:r>
          </w:p>
        </w:tc>
      </w:tr>
      <w:tr>
        <w:trPr>
          <w:trHeight w:hRule="exact" w:val="974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CR13: Safety and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Reliability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Considerations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CR13:001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+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+ GL)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Transaction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NFR-003</w:t>
            </w:r>
          </w:p>
        </w:tc>
      </w:tr>
      <w:tr>
        <w:trPr>
          <w:trHeight w:hRule="exact" w:val="450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CR13:002</w:t>
            </w:r>
          </w:p>
        </w:tc>
        <w:tc>
          <w:tcPr>
            <w:tcW w:type="dxa" w:w="477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ติดลบและ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ลื่อนไหวซ้ำซ้อน</w:t>
            </w:r>
          </w:p>
        </w:tc>
        <w:tc>
          <w:tcPr>
            <w:tcW w:type="dxa" w:w="796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NFR-003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CR13:003</w:t>
            </w:r>
          </w:p>
        </w:tc>
        <w:tc>
          <w:tcPr>
            <w:tcW w:type="dxa" w:w="477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(Backup &amp; Recovery)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796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NFR-004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CR13:004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้อผิดพลาดโดยแสดง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้าใจได้แทน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Fatal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Error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NFR-006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00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CR14: Quality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Expectations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218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CR14:001</w:t>
            </w:r>
          </w:p>
        </w:tc>
        <w:tc>
          <w:tcPr>
            <w:tcW w:type="dxa" w:w="4770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่อนส่งมอบ</w:t>
            </w:r>
          </w:p>
        </w:tc>
        <w:tc>
          <w:tcPr>
            <w:tcW w:type="dxa" w:w="796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Acceptance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CR14:002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ลับได้ถึง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NFR-009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CR14:003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(UAT)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โดยตัวแทนลู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้าบน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สภาพแวดล้อมใช้งานจริง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Acceptance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CR14:004</w:t>
            </w:r>
          </w:p>
        </w:tc>
        <w:tc>
          <w:tcPr>
            <w:tcW w:type="dxa" w:w="4770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พร่องระดับวิ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ฤต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้างอยู่ในด้าน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  <w:tc>
          <w:tcPr>
            <w:tcW w:type="dxa" w:w="796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</w:t>
            </w:r>
          </w:p>
        </w:tc>
        <w:tc>
          <w:tcPr>
            <w:tcW w:type="dxa" w:w="13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Acceptance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Remark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7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* Result : A = Accepted, U = Unaccepted, N/A = Not Applicable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สารฉบับนี้รวม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ารที่ได้จา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ารทบทวน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ตงานร่วม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ารเปลี่ยนแปลง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ารหลังอนุมัติต้องดำเนิน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Change Report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48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ustomer-requiremen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