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310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Project Plan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0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25690213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31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</w:t>
            </w:r>
          </w:p>
        </w:tc>
        <w:tc>
          <w:tcPr>
            <w:tcW w:type="dxa" w:w="222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Duration</w:t>
            </w:r>
          </w:p>
        </w:tc>
        <w:tc>
          <w:tcPr>
            <w:tcW w:type="dxa" w:w="20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 Manufacture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เป็นบริษัทผู้ประ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ิจด้านเท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โนโลยีสารสนเทศ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ซึ่งมีประสบ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ารณ์ใน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ารส่ง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มอบผลิตภัณฑ์และบริ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ารด้านเท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โนโลยีให้แ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่หน่วยงานภา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รัฐและเอ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ชนอย่างต่อเนื่อง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3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ด้าน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68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พัฒนาซอฟต์แวร์ตาม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องหน่วยงาน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(Software Development)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จำหน่ายผลิตภัณฑ์ซอฟต์แวร์สำเร็จรูป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(Software Package)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เช่น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ารสินทรัพย์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ษาระบบ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(Service Maintenance: MA)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รงสร้างพื้นฐาน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รื่องแม่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และศูนย์</w:t>
      </w:r>
    </w:p>
    <w:p>
      <w:pPr>
        <w:autoSpaceDN w:val="0"/>
        <w:autoSpaceDE w:val="0"/>
        <w:widowControl/>
        <w:spacing w:line="246" w:lineRule="exact" w:before="54" w:after="0"/>
        <w:ind w:left="652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2 Overview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องบริษัทให้มี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รวดเร็ว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และตรวจสอบย้อน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ลับได้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์จะพัฒนา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(BRN WMS)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รวมศูนย์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้าไว้ในระบบเดียว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เชื่อมโยงงาน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บัญชีเ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้าถึงและแย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้อมูลระหว่างบริษัทและ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้าอย่างชัดเจน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ให้ผู้บริหารเห็นภาพรวมสถานะ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้าและสถานะทาง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3 Goals and Scope</w:t>
      </w:r>
    </w:p>
    <w:p>
      <w:pPr>
        <w:autoSpaceDN w:val="0"/>
        <w:autoSpaceDE w:val="0"/>
        <w:widowControl/>
        <w:spacing w:line="246" w:lineRule="exact" w:before="30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3.1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เป้าหมาย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4" w:lineRule="exact" w:before="160" w:after="17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เป้าหมายด้านอง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3252"/>
        <w:gridCol w:w="3252"/>
        <w:gridCol w:w="3252"/>
      </w:tblGrid>
      <w:tr>
        <w:trPr>
          <w:trHeight w:hRule="exact" w:val="344"/>
        </w:trPr>
        <w:tc>
          <w:tcPr>
            <w:tcW w:type="dxa" w:w="3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4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381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38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0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องยอดสิน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ิดจา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ด้วยมือ</w:t>
            </w:r>
          </w:p>
        </w:tc>
        <w:tc>
          <w:tcPr>
            <w:tcW w:type="dxa" w:w="770"/>
            <w:vMerge w:val="restart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672"/>
        </w:trPr>
        <w:tc>
          <w:tcPr>
            <w:tcW w:type="dxa" w:w="304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381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38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0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76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และวันหมดอายุ</w:t>
            </w:r>
          </w:p>
        </w:tc>
        <w:tc>
          <w:tcPr>
            <w:tcW w:type="dxa" w:w="3252"/>
            <w:vMerge/>
            <w:tcBorders>
              <w:bottom w:sz="6.399999999999636" w:val="single" w:color="#111111"/>
            </w:tcBorders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5"/>
          <w:footerReference w:type="default" r:id="rId16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้อมูลบัญชีสอด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ันโดยไม่ต้องบันทึ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ซ้ำ</w:t>
      </w:r>
    </w:p>
    <w:p>
      <w:pPr>
        <w:autoSpaceDN w:val="0"/>
        <w:autoSpaceDE w:val="0"/>
        <w:widowControl/>
        <w:spacing w:line="244" w:lineRule="exact" w:before="26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เป้าหมายด้านผู้ใช้งาน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4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ให้พนั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ารรับเ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จ่ายออ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และโอนย้ายได้สะดว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อุป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รณ์หน้า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ให้ฝ่าย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ายและฝ่ายจัดซื้อจัดทำเอ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สารและติดตามสถานะได้ในระบบเดียว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ให้ฝ่ายบัญชีได้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4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3.2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(SOW)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ระบบย่อย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6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องบริษัทและเชิญผู้ใช้งาน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 / Admin / Staff / Viewer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(Master Data)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ประเภทผู้ติดต่อและผู้ติดต่อ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พร้อมตรวจสอบยอด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(Quotation)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(Return / Credit Note)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(Purchasing)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Request)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(Finance)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(Accounting)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(Journal / GL)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บอร์ด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Lot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สารอัตโนมัติตามลำดับที่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ุมสถานะและวงจรชีวิต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/ Socket.IO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(php-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apache, mariadb, node/pm2)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Control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14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3.3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49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Schedule)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Requirements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Specification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Design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Report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(CH-001–CH-003)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and Test Procedures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Results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User Document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ารทดสอบพร้อมนำไปใช้งานจริง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(Git baseline 6c39700)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และติดตั้ง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Operation Guide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Maintenance Document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3.4 Delivery Instruction</w:t>
      </w:r>
    </w:p>
    <w:p>
      <w:pPr>
        <w:autoSpaceDN w:val="0"/>
        <w:autoSpaceDE w:val="0"/>
        <w:widowControl/>
        <w:spacing w:line="300" w:lineRule="exact" w:before="120" w:after="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ารส่งมอบตามสิ่งส่งมอบ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เมื่อแล้วเสร็จและถึง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(Due Date)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ารต้องจัด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เตรียมเ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รื่องมือและสถานที่เพื่อให้ลู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ารยอมรับผู้ใช้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(Validation Result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User Acceptance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Test – UAT)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โดยทดสอบตาม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ารผู้ใช้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และลงนาม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ยืนยันเมื่อผ่าน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576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รณีสิ่งส่งมอบไม่แล้วเสร็จตาม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(Delay)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ารต้องนัดประชุมรายงาน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ืบหน้าและอธิบาย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สาเหตุให้ลู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้าทราบ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พร้อมทั้งต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ำหนดวันส่งมอบใหม่อย่างเป็นทาง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432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(Project Closure)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เมื่อสิ่งส่งมอบทั้งหมดผ่าน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ารตรวจรับและได้รับลายเซ็นอนุมัติจา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ชุดแล้ว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ารจัดประชุมปิดโ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ารอย่างเป็นทาง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พร้อมจัดทำเอ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สารสรุปผล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ารดำเนินงานเพื่อ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็บเป็นหลั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</w:t>
      </w:r>
    </w:p>
    <w:p>
      <w:pPr>
        <w:autoSpaceDN w:val="0"/>
        <w:autoSpaceDE w:val="0"/>
        <w:widowControl/>
        <w:spacing w:line="244" w:lineRule="exact" w:before="28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(Quality Criteria)</w:t>
      </w:r>
    </w:p>
    <w:p>
      <w:pPr>
        <w:autoSpaceDN w:val="0"/>
        <w:autoSpaceDE w:val="0"/>
        <w:widowControl/>
        <w:spacing w:line="244" w:lineRule="exact" w:before="176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2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361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  <w:tc>
          <w:tcPr>
            <w:tcW w:type="dxa" w:w="28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1.1</w:t>
            </w:r>
          </w:p>
        </w:tc>
        <w:tc>
          <w:tcPr>
            <w:tcW w:type="dxa" w:w="202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</w:t>
            </w:r>
          </w:p>
        </w:tc>
        <w:tc>
          <w:tcPr>
            <w:tcW w:type="dxa" w:w="361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์ชันทั้งหมดทำงานตรงตาม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</w:t>
            </w:r>
          </w:p>
        </w:tc>
        <w:tc>
          <w:tcPr>
            <w:tcW w:type="dxa" w:w="28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1.2</w:t>
            </w:r>
          </w:p>
        </w:tc>
        <w:tc>
          <w:tcPr>
            <w:tcW w:type="dxa" w:w="202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</w:t>
            </w:r>
          </w:p>
        </w:tc>
        <w:tc>
          <w:tcPr>
            <w:tcW w:type="dxa" w:w="361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ติดลบหรือราย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ที่ไม่สมดุล</w:t>
            </w:r>
          </w:p>
        </w:tc>
        <w:tc>
          <w:tcPr>
            <w:tcW w:type="dxa" w:w="28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Rollback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(TC-UN08.002)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28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361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  <w:tc>
          <w:tcPr>
            <w:tcW w:type="dxa" w:w="28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1.3</w:t>
            </w:r>
          </w:p>
        </w:tc>
        <w:tc>
          <w:tcPr>
            <w:tcW w:type="dxa" w:w="2028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  <w:tc>
          <w:tcPr>
            <w:tcW w:type="dxa" w:w="361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ฤตด้านสิทธิ์และ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8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ทดสอบสิทธิ์เชิงลบ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(TC-UN12.001,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1.4</w:t>
            </w:r>
          </w:p>
        </w:tc>
        <w:tc>
          <w:tcPr>
            <w:tcW w:type="dxa" w:w="20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ประสิทธิภาพ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ารตอบสนอง</w:t>
            </w:r>
          </w:p>
        </w:tc>
        <w:tc>
          <w:tcPr>
            <w:tcW w:type="dxa" w:w="36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งานประจำวันตอบสนองภายในเวลาที่ใช้งานได้จริงบน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28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ทดสอบตามปริมาณ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้อมูลตัวอย่าง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(TC-UN09.001)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1.5</w:t>
            </w:r>
          </w:p>
        </w:tc>
        <w:tc>
          <w:tcPr>
            <w:tcW w:type="dxa" w:w="20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36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Desktop, Tablet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Mobile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(Responsive)</w:t>
            </w:r>
          </w:p>
        </w:tc>
        <w:tc>
          <w:tcPr>
            <w:tcW w:type="dxa" w:w="28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้ามอุป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ารดูแลหลังส่งมอบ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3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412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  <w:tc>
          <w:tcPr>
            <w:tcW w:type="dxa" w:w="26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2.1</w:t>
            </w:r>
          </w:p>
        </w:tc>
        <w:tc>
          <w:tcPr>
            <w:tcW w:type="dxa" w:w="163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ารตอบสนองเหตุ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412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ตอบรับภายใน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ชั่วโมง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วามรุนแรงที่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SLA</w:t>
            </w:r>
          </w:p>
        </w:tc>
        <w:tc>
          <w:tcPr>
            <w:tcW w:type="dxa" w:w="26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2.2</w:t>
            </w:r>
          </w:p>
        </w:tc>
        <w:tc>
          <w:tcPr>
            <w:tcW w:type="dxa" w:w="163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412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มีระบบสำรอง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้อมูลอัตโนมัติรายวันและทดสอบ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ืนได้จริง</w:t>
            </w:r>
          </w:p>
        </w:tc>
        <w:tc>
          <w:tcPr>
            <w:tcW w:type="dxa" w:w="26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 Test (TC-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2.3</w:t>
            </w:r>
          </w:p>
        </w:tc>
        <w:tc>
          <w:tcPr>
            <w:tcW w:type="dxa" w:w="163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ารเฝ้าระวังระบบ</w:t>
            </w:r>
          </w:p>
        </w:tc>
        <w:tc>
          <w:tcPr>
            <w:tcW w:type="dxa" w:w="412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และแจ้งเตือนเมื่อล้มเหลว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รั้งติด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26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Software Development Life Cycle Methodology</w:t>
      </w:r>
    </w:p>
    <w:p>
      <w:pPr>
        <w:autoSpaceDN w:val="0"/>
        <w:autoSpaceDE w:val="0"/>
        <w:widowControl/>
        <w:spacing w:line="246" w:lineRule="exact" w:before="186" w:after="17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ารเลือ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Incremental / Evolutionary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ภายใต้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Waterfall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เนื่องจา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7492"/>
        </w:trPr>
        <w:tc>
          <w:tcPr>
            <w:tcW w:type="dxa" w:w="304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40" w:lineRule="auto" w:before="2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40" w:lineRule="auto" w:before="2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40" w:lineRule="auto" w:before="2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70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0" w:after="0"/>
              <w:ind w:left="92" w:right="158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ตและสิ่งส่งมอบ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ำหนดชัดเจนตั้งแต่ต้นโ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จึงวางแผนและตรวจรับเป็นงวดได้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ระบบมีหลายโมดูลที่ส่งมอบต่อเนื่อง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จึงพัฒนาและทดสอบทีละส่วนเพื่อลด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วามเสี่ยง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รบถ้วนตามมาตรฐาน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ISO/IEC 29110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ที่เน้น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Traceability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(Audit)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และตรวจรับงานได้อย่างเป็นทาง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5 Organization</w:t>
      </w:r>
    </w:p>
    <w:p>
      <w:pPr>
        <w:autoSpaceDN w:val="0"/>
        <w:autoSpaceDE w:val="0"/>
        <w:widowControl/>
        <w:spacing w:line="210" w:lineRule="exact" w:before="326" w:after="14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5.1 Role &amp;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12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103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ชื่อย่อ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09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อีเมล</w:t>
            </w:r>
          </w:p>
        </w:tc>
        <w:tc>
          <w:tcPr>
            <w:tcW w:type="dxa" w:w="51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รายละเอียดหน้าที่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(ApS)</w:t>
            </w:r>
          </w:p>
        </w:tc>
        <w:tc>
          <w:tcPr>
            <w:tcW w:type="dxa" w:w="103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ประทีป</w:t>
            </w:r>
          </w:p>
        </w:tc>
        <w:tc>
          <w:tcPr>
            <w:tcW w:type="dxa" w:w="109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apirach.s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@brn.co.t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</w:t>
            </w:r>
          </w:p>
        </w:tc>
        <w:tc>
          <w:tcPr>
            <w:tcW w:type="dxa" w:w="5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Charter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Timeline,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Resource, Risk, Quality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จัดประชุมและติดตาม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ืบหน้า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2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Analyst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(NoC)</w:t>
            </w:r>
          </w:p>
        </w:tc>
        <w:tc>
          <w:tcPr>
            <w:tcW w:type="dxa" w:w="103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พงษ์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09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noppong.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c@brn.co.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</w:t>
            </w:r>
          </w:p>
        </w:tc>
        <w:tc>
          <w:tcPr>
            <w:tcW w:type="dxa" w:w="51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องงานพัฒนา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2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Developer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(ThS)</w:t>
            </w:r>
          </w:p>
        </w:tc>
        <w:tc>
          <w:tcPr>
            <w:tcW w:type="dxa" w:w="103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54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109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1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thanakorn.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s@brn.co.t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</w:t>
            </w:r>
          </w:p>
        </w:tc>
        <w:tc>
          <w:tcPr>
            <w:tcW w:type="dxa" w:w="51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พัฒนาโมดูลและ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API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้อมูลและประสิทธิภาพ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ดูแล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พร่องที่พบจา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1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QA / Tester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(PaNg)</w:t>
            </w:r>
          </w:p>
        </w:tc>
        <w:tc>
          <w:tcPr>
            <w:tcW w:type="dxa" w:w="103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09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parin.n@b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rn.co.th</w:t>
            </w:r>
          </w:p>
        </w:tc>
        <w:tc>
          <w:tcPr>
            <w:tcW w:type="dxa" w:w="5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Procedures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พร่องและทดสอบซ้ำ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สนับสนุนผู้ใช้งานช่วง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1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(YaB)</w:t>
            </w:r>
          </w:p>
        </w:tc>
        <w:tc>
          <w:tcPr>
            <w:tcW w:type="dxa" w:w="103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109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yaowalak.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b@brn.co.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</w:t>
            </w:r>
          </w:p>
        </w:tc>
        <w:tc>
          <w:tcPr>
            <w:tcW w:type="dxa" w:w="5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ุมรหัสเอ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ารทบทวนและอนุมัติ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1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Sponsor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(SeV)</w:t>
            </w:r>
          </w:p>
        </w:tc>
        <w:tc>
          <w:tcPr>
            <w:tcW w:type="dxa" w:w="103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ธรณ์</w:t>
            </w:r>
          </w:p>
        </w:tc>
        <w:tc>
          <w:tcPr>
            <w:tcW w:type="dxa" w:w="109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seri.v@brn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.co.th</w:t>
            </w:r>
          </w:p>
        </w:tc>
        <w:tc>
          <w:tcPr>
            <w:tcW w:type="dxa" w:w="5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ตัดสินใจเชิง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ลยุทธ์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ารยอมรับและตรวจรับส่งมอบ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6 Project Estimate</w:t>
      </w:r>
    </w:p>
    <w:p>
      <w:pPr>
        <w:autoSpaceDN w:val="0"/>
        <w:autoSpaceDE w:val="0"/>
        <w:widowControl/>
        <w:spacing w:line="210" w:lineRule="exact" w:before="340" w:after="13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6.1 Size of the Software Work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48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</w:t>
            </w:r>
          </w:p>
        </w:tc>
        <w:tc>
          <w:tcPr>
            <w:tcW w:type="dxa" w:w="35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48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สารบริหารโ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(PM Process)</w:t>
            </w:r>
          </w:p>
        </w:tc>
        <w:tc>
          <w:tcPr>
            <w:tcW w:type="dxa" w:w="35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48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(SI Process)</w:t>
            </w:r>
          </w:p>
        </w:tc>
        <w:tc>
          <w:tcPr>
            <w:tcW w:type="dxa" w:w="35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48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(Customer Requirements)</w:t>
            </w:r>
          </w:p>
        </w:tc>
        <w:tc>
          <w:tcPr>
            <w:tcW w:type="dxa" w:w="35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(CR01–CR14)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48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(SRS)</w:t>
            </w:r>
          </w:p>
        </w:tc>
        <w:tc>
          <w:tcPr>
            <w:tcW w:type="dxa" w:w="35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(SR01–SR09)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48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Unit</w:t>
            </w:r>
          </w:p>
        </w:tc>
        <w:tc>
          <w:tcPr>
            <w:tcW w:type="dxa" w:w="35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(UN01–UN13)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48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35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48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35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10" w:lineRule="exact" w:before="464" w:after="14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6.2 Effort Man-Day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72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หน้าที่หลั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3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(Man-Day)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3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ประสานงาน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ติดตามแผน</w:t>
            </w:r>
          </w:p>
        </w:tc>
        <w:tc>
          <w:tcPr>
            <w:tcW w:type="dxa" w:w="23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3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</w:p>
        </w:tc>
        <w:tc>
          <w:tcPr>
            <w:tcW w:type="dxa" w:w="23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3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พัฒนาระบบและแ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23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3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  <w:tc>
          <w:tcPr>
            <w:tcW w:type="dxa" w:w="23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3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3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3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430" w:lineRule="exact" w:before="196" w:after="204"/>
        <w:ind w:left="256" w:right="748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7 Project Resources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Human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738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Team</w:t>
            </w:r>
          </w:p>
        </w:tc>
        <w:tc>
          <w:tcPr>
            <w:tcW w:type="dxa" w:w="10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738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Management (PM, Document Control)</w:t>
            </w:r>
          </w:p>
        </w:tc>
        <w:tc>
          <w:tcPr>
            <w:tcW w:type="dxa" w:w="10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738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Implementation (SA, Developer, QA)</w:t>
            </w:r>
          </w:p>
        </w:tc>
        <w:tc>
          <w:tcPr>
            <w:tcW w:type="dxa" w:w="10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738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10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9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Computer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768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768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Notebook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สำหรับทีมพัฒนาและทดสอบ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768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Server (Repository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ก)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768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Internal Testing Server (PHP 8, MariaDB, Node.js)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768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Production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สำหรับใช้งานจริง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768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รื่องอ่านบาร์โ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้ดสำหรับทดสอบ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</w:tbl>
    <w:p>
      <w:pPr>
        <w:autoSpaceDN w:val="0"/>
        <w:autoSpaceDE w:val="0"/>
        <w:widowControl/>
        <w:spacing w:line="344" w:lineRule="exact" w:before="298" w:after="204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8 Work Schedule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แผน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232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ตั้งแต่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ถึง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ผู้รับผิดชอบ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และสิ่งส่งมอบราย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200-WMS-26-001-00 Work Schedule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ซึ่งเป็นส่วนหนึ่ง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Project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90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270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</w:p>
        </w:tc>
        <w:tc>
          <w:tcPr>
            <w:tcW w:type="dxa" w:w="4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Initiation</w:t>
            </w:r>
          </w:p>
        </w:tc>
        <w:tc>
          <w:tcPr>
            <w:tcW w:type="dxa" w:w="270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Statement of Work, Stakeholder Register,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Charter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Planning</w:t>
            </w:r>
          </w:p>
        </w:tc>
        <w:tc>
          <w:tcPr>
            <w:tcW w:type="dxa" w:w="270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18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Requirements, Software Project Plan,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9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27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</w:p>
        </w:tc>
        <w:tc>
          <w:tcPr>
            <w:tcW w:type="dxa" w:w="4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Execution</w:t>
            </w:r>
          </w:p>
        </w:tc>
        <w:tc>
          <w:tcPr>
            <w:tcW w:type="dxa" w:w="270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29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4454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SRS, Software Design,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ระบบที่พัฒนาแล้ว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Components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270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Case, Test Report, Verification Results, Validation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Close</w:t>
            </w:r>
          </w:p>
        </w:tc>
        <w:tc>
          <w:tcPr>
            <w:tcW w:type="dxa" w:w="270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9 Risk Management Plan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องแผนบริหาร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ือระบุแนวทางจัด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ารบรรลุเป้าหมาย</w:t>
      </w:r>
    </w:p>
    <w:p>
      <w:pPr>
        <w:autoSpaceDN w:val="0"/>
        <w:autoSpaceDE w:val="0"/>
        <w:widowControl/>
        <w:spacing w:line="244" w:lineRule="exact" w:before="56" w:after="19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ภายในเวลา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งบประมาณ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1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30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</w:p>
        </w:tc>
        <w:tc>
          <w:tcPr>
            <w:tcW w:type="dxa" w:w="30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ตั้งแต่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Initiation, Planning, Execution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จนถึง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Close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บทบาทผู้รับ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ผิดชอบ</w:t>
            </w:r>
          </w:p>
        </w:tc>
        <w:tc>
          <w:tcPr>
            <w:tcW w:type="dxa" w:w="30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(Owner),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ทีมพัฒนารายงาน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เสี่ยงให้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ทบทวน</w:t>
            </w:r>
          </w:p>
        </w:tc>
        <w:tc>
          <w:tcPr>
            <w:tcW w:type="dxa" w:w="30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ทบทวนทุ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งวดรายงาน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</w:p>
        </w:tc>
        <w:tc>
          <w:tcPr>
            <w:tcW w:type="dxa" w:w="4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วามเสี่ยงใหม่และ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Progress Status Record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ตารางระบุ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</w:tblGrid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ลำดับ</w:t>
            </w:r>
          </w:p>
        </w:tc>
        <w:tc>
          <w:tcPr>
            <w:tcW w:type="dxa" w:w="1352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วามเสี่ยง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(Risk)</w:t>
            </w:r>
          </w:p>
        </w:tc>
        <w:tc>
          <w:tcPr>
            <w:tcW w:type="dxa" w:w="91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ประเภท</w:t>
            </w:r>
          </w:p>
        </w:tc>
        <w:tc>
          <w:tcPr>
            <w:tcW w:type="dxa" w:w="73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าสเ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ิด</w:t>
            </w:r>
          </w:p>
        </w:tc>
        <w:tc>
          <w:tcPr>
            <w:tcW w:type="dxa" w:w="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ระทบ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138" w:right="140" w:firstLine="8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ระดับ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เสี่ยง</w:t>
            </w:r>
          </w:p>
        </w:tc>
        <w:tc>
          <w:tcPr>
            <w:tcW w:type="dxa" w:w="172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72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แนวทางป้อง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(Mitigation)</w:t>
            </w:r>
          </w:p>
        </w:tc>
        <w:tc>
          <w:tcPr>
            <w:tcW w:type="dxa" w:w="174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แผนรับมือ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(Contingency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Plan)</w:t>
            </w:r>
          </w:p>
        </w:tc>
        <w:tc>
          <w:tcPr>
            <w:tcW w:type="dxa" w:w="8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ผู้รับผิดชอบ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R1</w:t>
            </w:r>
          </w:p>
        </w:tc>
        <w:tc>
          <w:tcPr>
            <w:tcW w:type="dxa" w:w="1352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วามต้อง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เปลี่ยนแปลงระหว่าง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พัฒนา</w:t>
            </w:r>
          </w:p>
        </w:tc>
        <w:tc>
          <w:tcPr>
            <w:tcW w:type="dxa" w:w="91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ระบวน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73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67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Baseline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วามต้อง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และทบทวนทุ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งวด</w:t>
            </w:r>
          </w:p>
        </w:tc>
        <w:tc>
          <w:tcPr>
            <w:tcW w:type="dxa" w:w="174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จัดทำ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Change Report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จัดลำดับ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วามสำ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ัญใหม่</w:t>
            </w:r>
          </w:p>
        </w:tc>
        <w:tc>
          <w:tcPr>
            <w:tcW w:type="dxa" w:w="8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ApS / NoC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R2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52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ทีมพัฒนาไม่เพียงพอ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าดทั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ษะเฉพาะ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บุ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ถ่ายทอด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วามรู้ภายในทีมและ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จัดทำเอ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สารประ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ออนุมัติจัดหาผู้เชี่ยวชาญ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เพิ่มเฉพาะงาน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ApS</w:t>
            </w:r>
          </w:p>
        </w:tc>
      </w:tr>
      <w:tr>
        <w:trPr>
          <w:trHeight w:hRule="exact" w:val="766"/>
        </w:trPr>
        <w:tc>
          <w:tcPr>
            <w:tcW w:type="dxa" w:w="448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R3</w:t>
            </w:r>
          </w:p>
        </w:tc>
        <w:tc>
          <w:tcPr>
            <w:tcW w:type="dxa" w:w="1352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91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โนโลยี</w:t>
            </w:r>
          </w:p>
        </w:tc>
        <w:tc>
          <w:tcPr>
            <w:tcW w:type="dxa" w:w="73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ใช้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Transaction,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้อมูลนำเ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และล็อ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174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ตรวจสอบและปรับปรุงยอด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Correction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Register</w:t>
            </w:r>
          </w:p>
        </w:tc>
        <w:tc>
          <w:tcPr>
            <w:tcW w:type="dxa" w:w="8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R4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้อมูลรั่วไหล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้ามบริษัท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หรือสิทธิ์ไม่รัด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ุม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วามปลอดภัย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Role Guard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ตบริษัทฝั่งเซิร์ฟเวอร์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ปิดช่องโหว่ทันทีและทดสอบ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สิทธิ์เชิงลบซ้ำ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R5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่าหรือ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รั่วไหล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วามปลอดภัย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เว้นไฟล์ตั้ง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Git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วามลับตอนติดตั้ง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วามลับและตรวจ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สอบประวัติ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้าถึง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</w:t>
            </w:r>
          </w:p>
        </w:tc>
      </w:tr>
      <w:tr>
        <w:trPr>
          <w:trHeight w:hRule="exact" w:val="554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R6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้อมูลสูญหายระหว่าง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พัฒนาหรือใช้งาน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โนโลยี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สำรอง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Git 2 Remote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สำรองฐาน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้อมูลรายวัน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ชุดสำรองตาม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ั้น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ตอนใน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ู่มือ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R7</w:t>
            </w:r>
          </w:p>
        </w:tc>
        <w:tc>
          <w:tcPr>
            <w:tcW w:type="dxa" w:w="1352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หลั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ารทดสอบ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และตรวจรับไม่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ถ้วน</w:t>
            </w:r>
          </w:p>
        </w:tc>
        <w:tc>
          <w:tcPr>
            <w:tcW w:type="dxa" w:w="91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ระบวน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73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ษา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ลับสอง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ทิศทางและบันทึ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ผลทุ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รั้ง</w:t>
            </w:r>
          </w:p>
        </w:tc>
        <w:tc>
          <w:tcPr>
            <w:tcW w:type="dxa" w:w="174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ทดสอบซ้ำและบันทึ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หลั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่อนตรวจรับ</w:t>
            </w:r>
          </w:p>
        </w:tc>
        <w:tc>
          <w:tcPr>
            <w:tcW w:type="dxa" w:w="8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PaNg / YaB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R8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ผู้ใช้ไม่ยอมรับระบบ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(UAT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)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ผู้ใช้งาน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ให้ผู้ใช้ร่วมทบทวน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ารและสาธิตระบบระหว่าง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พัฒนา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ปรับปรุงตาม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Feedback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ารยอมรับใหม่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430" w:lineRule="exact" w:before="264" w:after="190"/>
        <w:ind w:left="256" w:right="345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10 Contingency Actions for Non-Completed Tasks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แผนรองรับสำหรับ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รณีงานไม่แล้วเสร็จตาม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(Non-Completed Task)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5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16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สาเหตุที่พบบ่อย</w:t>
            </w:r>
          </w:p>
        </w:tc>
        <w:tc>
          <w:tcPr>
            <w:tcW w:type="dxa" w:w="147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ระทบที่อาจ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</w:p>
        </w:tc>
        <w:tc>
          <w:tcPr>
            <w:tcW w:type="dxa" w:w="30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แผนรองรับเมื่อเ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ิดเหตุ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ชอบ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5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งานไม่เสร็จภายใน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(Due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Date)</w:t>
            </w:r>
          </w:p>
        </w:tc>
        <w:tc>
          <w:tcPr>
            <w:tcW w:type="dxa" w:w="16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50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ประเมินเวลาผิดพลาด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รไม่เพียง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พอ</w:t>
            </w:r>
          </w:p>
        </w:tc>
        <w:tc>
          <w:tcPr>
            <w:tcW w:type="dxa" w:w="147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Timeline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ำหนดส่งมอบ</w:t>
            </w:r>
          </w:p>
        </w:tc>
        <w:tc>
          <w:tcPr>
            <w:tcW w:type="dxa" w:w="30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ประชุมด่วนเพื่อประเมินสถานะ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จัดลำดับ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ัญใหม่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ปรับแผน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5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งานล่าช้าเพราะ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</w:p>
        </w:tc>
        <w:tc>
          <w:tcPr>
            <w:tcW w:type="dxa" w:w="16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ลาป่วย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พร้อมปฏิบัติงาน</w:t>
            </w:r>
          </w:p>
        </w:tc>
        <w:tc>
          <w:tcPr>
            <w:tcW w:type="dxa" w:w="147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้างสะสมและ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ภาระงาน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</w:t>
            </w:r>
          </w:p>
        </w:tc>
        <w:tc>
          <w:tcPr>
            <w:tcW w:type="dxa" w:w="30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4" w:right="266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ถ่ายทอด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ให้ผู้ปฏิบัติแทน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ออนุมัติจัดหาผู้ช่วย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เฉพาะงาน</w:t>
            </w:r>
          </w:p>
        </w:tc>
        <w:tc>
          <w:tcPr>
            <w:tcW w:type="dxa" w:w="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5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้างเพราะรอ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</w:p>
        </w:tc>
        <w:tc>
          <w:tcPr>
            <w:tcW w:type="dxa" w:w="16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ต้นล่าช้า</w:t>
            </w:r>
          </w:p>
        </w:tc>
        <w:tc>
          <w:tcPr>
            <w:tcW w:type="dxa" w:w="147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ไม่สามารถพัฒนา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หรือทดสอบต่อได้</w:t>
            </w:r>
          </w:p>
        </w:tc>
        <w:tc>
          <w:tcPr>
            <w:tcW w:type="dxa" w:w="30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แจ้งเตือนเป็นลายลั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ยังไม่พร้อมออ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และนัดยืนยัน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Timeline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5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24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งานไม่เสร็จเพราะ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พร่องซ้ำ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ซ้อน</w:t>
            </w:r>
          </w:p>
        </w:tc>
        <w:tc>
          <w:tcPr>
            <w:tcW w:type="dxa" w:w="16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18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วามซับซ้อนสูงหรือ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ารทดสอบระยะ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47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วามล่าช้าใน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</w:p>
        </w:tc>
        <w:tc>
          <w:tcPr>
            <w:tcW w:type="dxa" w:w="30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จัดลำดับ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วามรุนแรง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งานพัฒนาใหม่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ทดสอบซ้ำ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ThS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45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งานล่าช้าเพราะ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6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ตเปลี่ยนหลัง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เริ่มงาน</w:t>
            </w:r>
          </w:p>
        </w:tc>
        <w:tc>
          <w:tcPr>
            <w:tcW w:type="dxa" w:w="147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ระทบแผนงาน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และสิ่งส่งมอบ</w:t>
            </w:r>
          </w:p>
        </w:tc>
        <w:tc>
          <w:tcPr>
            <w:tcW w:type="dxa" w:w="30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Change Report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ารต่อ</w:t>
            </w:r>
          </w:p>
        </w:tc>
        <w:tc>
          <w:tcPr>
            <w:tcW w:type="dxa" w:w="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432" w:lineRule="exact" w:before="192" w:after="0"/>
        <w:ind w:left="256" w:right="460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11 Document and Repository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รูปแบบไฟล์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(File Format)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54" w:after="196"/>
        <w:ind w:left="256" w:right="0" w:firstLine="0"/>
        <w:jc w:val="left"/>
      </w:pP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[Project code] [Document name] [yyyymmdd] V[version] [editor name].[ext.]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58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47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[Project code]</w:t>
            </w:r>
          </w:p>
        </w:tc>
        <w:tc>
          <w:tcPr>
            <w:tcW w:type="dxa" w:w="647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ารตามส่วนงานบัญชี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[Document name]</w:t>
            </w:r>
          </w:p>
        </w:tc>
        <w:tc>
          <w:tcPr>
            <w:tcW w:type="dxa" w:w="647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Progress Status Record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[yyyymmdd]</w:t>
            </w:r>
          </w:p>
        </w:tc>
        <w:tc>
          <w:tcPr>
            <w:tcW w:type="dxa" w:w="647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สารตามปีพุทธศั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ราช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25690817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[version]</w:t>
            </w:r>
          </w:p>
        </w:tc>
        <w:tc>
          <w:tcPr>
            <w:tcW w:type="dxa" w:w="647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1.0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[editor name]</w:t>
            </w:r>
          </w:p>
        </w:tc>
        <w:tc>
          <w:tcPr>
            <w:tcW w:type="dxa" w:w="647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ตัวย่อ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องชื่อผู้จัดทำ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ApS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[ext.]</w:t>
            </w:r>
          </w:p>
        </w:tc>
        <w:tc>
          <w:tcPr>
            <w:tcW w:type="dxa" w:w="647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ุลไฟล์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19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าศเวอร์ชัน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(Version Declaration)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สารแต่ละเวอร์ชันแย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ไฟล์เพื่อให้ตรวจสอบย้อนหลังได้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โดยใช้รูป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Major.Minor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377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77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0.1 (Draft)</w:t>
            </w:r>
          </w:p>
        </w:tc>
        <w:tc>
          <w:tcPr>
            <w:tcW w:type="dxa" w:w="52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ร่างเอ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สารฉบับแร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3778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0.2 (Draft)</w:t>
            </w:r>
          </w:p>
        </w:tc>
        <w:tc>
          <w:tcPr>
            <w:tcW w:type="dxa" w:w="52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ปรับปรุงตามผล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ารทบทวน</w:t>
            </w:r>
          </w:p>
        </w:tc>
      </w:tr>
      <w:tr>
        <w:trPr>
          <w:trHeight w:hRule="exact" w:val="452"/>
        </w:trPr>
        <w:tc>
          <w:tcPr>
            <w:tcW w:type="dxa" w:w="377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 (Release)</w:t>
            </w:r>
          </w:p>
        </w:tc>
        <w:tc>
          <w:tcPr>
            <w:tcW w:type="dxa" w:w="52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อนุมัติใช้เป็นเอ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1.1 (Revision)</w:t>
            </w:r>
          </w:p>
        </w:tc>
        <w:tc>
          <w:tcPr>
            <w:tcW w:type="dxa" w:w="52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Project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Server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เป็นศูนย์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ลางใน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ุมเวอร์ชัน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Source Code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</w:p>
    <w:p>
      <w:pPr>
        <w:autoSpaceDN w:val="0"/>
        <w:autoSpaceDE w:val="0"/>
        <w:widowControl/>
        <w:spacing w:line="244" w:lineRule="exact" w:before="56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ทั้งหมดที่เ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17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1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(Repository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Location)</w:t>
            </w:r>
          </w:p>
        </w:tc>
        <w:tc>
          <w:tcPr>
            <w:tcW w:type="dxa" w:w="6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ารนี้เ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1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6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สมาชิ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ารได้รับสิทธิ์ตามบทบาท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System Analyst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Merge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1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็บไฟล์งาน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Storage Rules)</w:t>
            </w:r>
          </w:p>
        </w:tc>
        <w:tc>
          <w:tcPr>
            <w:tcW w:type="dxa" w:w="6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และไฟล์ที่สร้างจา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รื่องส่วนบุ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ต้องนำ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ภายในเวลาที่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9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Project Repository Backup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เพื่อป้อง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ารสูญหาย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Server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91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553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91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(Responsibility)</w:t>
            </w:r>
          </w:p>
        </w:tc>
        <w:tc>
          <w:tcPr>
            <w:tcW w:type="dxa" w:w="553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มอบหมาย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Developer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้อมูลสำรองอย่างสม่ำเสมอ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9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Methods)</w:t>
            </w:r>
          </w:p>
        </w:tc>
        <w:tc>
          <w:tcPr>
            <w:tcW w:type="dxa" w:w="553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Backup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Export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9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Frequency)</w:t>
            </w:r>
          </w:p>
        </w:tc>
        <w:tc>
          <w:tcPr>
            <w:tcW w:type="dxa" w:w="553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้อมูลสำรองทุ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02:00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.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