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910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Repository (Backup)</w:t>
            </w:r>
          </w:p>
        </w:tc>
        <w:tc>
          <w:tcPr>
            <w:tcW w:type="dxa" w:w="2236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26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พื้นที่สำรองสำหรับใช้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Project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รณีที่เ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Source Code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และเอ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2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backup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ที่อยู่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2" w:right="0" w:firstLine="0"/>
              <w:jc w:val="left"/>
            </w:pP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19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main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),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71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ารส่งมอบหรือปรับปรุง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71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ารสำรองฐาน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6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Export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wms2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</w:p>
        </w:tc>
        <w:tc>
          <w:tcPr>
            <w:tcW w:type="dxa" w:w="6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</w:p>
        </w:tc>
        <w:tc>
          <w:tcPr>
            <w:tcW w:type="dxa" w:w="66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ลาวด์ที่บริษัท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</w:p>
        </w:tc>
        <w:tc>
          <w:tcPr>
            <w:tcW w:type="dxa" w:w="6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ชุดสำรองรายวันเ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และชุดสิ้นเดือนเ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663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ารสำรอง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79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802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1034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110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32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BK-001</w:t>
            </w:r>
          </w:p>
        </w:tc>
        <w:tc>
          <w:tcPr>
            <w:tcW w:type="dxa" w:w="480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้าถึงได้และมี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6c39700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0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79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BK-002</w:t>
            </w:r>
          </w:p>
        </w:tc>
        <w:tc>
          <w:tcPr>
            <w:tcW w:type="dxa" w:w="480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Clone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034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2"/>
        </w:trPr>
        <w:tc>
          <w:tcPr>
            <w:tcW w:type="dxa" w:w="79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BK-003</w:t>
            </w:r>
          </w:p>
        </w:tc>
        <w:tc>
          <w:tcPr>
            <w:tcW w:type="dxa" w:w="480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ชุดสำรองสู่สภาพแวดล้อมทดสอบ</w:t>
            </w:r>
          </w:p>
        </w:tc>
        <w:tc>
          <w:tcPr>
            <w:tcW w:type="dxa" w:w="103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BK-004</w:t>
            </w:r>
          </w:p>
        </w:tc>
        <w:tc>
          <w:tcPr>
            <w:tcW w:type="dxa" w:w="480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Branch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Tag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sdlc-v1.0-final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Remote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ารเรีย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  <w:tc>
          <w:tcPr>
            <w:tcW w:type="dxa" w:w="1034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11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132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ั้นตอน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ู้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4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</w:p>
        </w:tc>
        <w:tc>
          <w:tcPr>
            <w:tcW w:type="dxa" w:w="604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40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วามเสียหาย</w:t>
            </w:r>
          </w:p>
        </w:tc>
        <w:tc>
          <w:tcPr>
            <w:tcW w:type="dxa" w:w="604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้อมูลที่สูญหายเป็น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40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ชุดสำรองล่าสุดที่ผ่าน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ารตรวจสอบและยืนยันวันที่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4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ืนสู่สภาพแวดล้อมทดสอบ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</w:t>
            </w:r>
          </w:p>
        </w:tc>
        <w:tc>
          <w:tcPr>
            <w:tcW w:type="dxa" w:w="604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Clone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Restore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้อมูลสู่เ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40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604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Baseline, Tag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้อมูลตัวอย่างว่า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40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หยุดบริ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แล้วตรวจสอบสถานะระบบตาม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