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31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Statement of Work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0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25690105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ตงานและหนังสือเชิญประชุมเปิดโ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31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</w:t>
            </w:r>
          </w:p>
        </w:tc>
        <w:tc>
          <w:tcPr>
            <w:tcW w:type="dxa" w:w="22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Duration</w:t>
            </w:r>
          </w:p>
        </w:tc>
        <w:tc>
          <w:tcPr>
            <w:tcW w:type="dxa" w:w="20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เรื่อง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: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ตงานโ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และนัดประชุมเปิดโ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เรียน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หัวหน้าฝ่าย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ระจายอยู่หลายระบบ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และบางส่วนยังใช้เอ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ระดาษ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ซึ่งปัจจุบันพบว่ามี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องยอดสิน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วามรวดเร็วใน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และงานบัญชี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ผู้บริหารจึงเล็งเห็น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วามจำเป็นใน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(Warehouse Management System)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ารปฏิบัติงานมี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ตรวจสอบย้อน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และรองรับ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ารเติบโต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ดังนั้น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อนัดประชุมเพื่อหารือร่วม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ันระหว่างทุ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รับฟัง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้อเสนอแนะจา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ำหนดแนวทางและ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วางแผนดำเนิน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09.00 – 11.00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ห้องประชุม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หัวหน้าฝ่ายที่เ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1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3252"/>
        <w:gridCol w:w="3252"/>
        <w:gridCol w:w="3252"/>
      </w:tblGrid>
      <w:tr>
        <w:trPr>
          <w:trHeight w:hRule="exact" w:val="354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54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Web-based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รองรับหลายบริษัทและหลาย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</w:p>
        </w:tc>
        <w:tc>
          <w:tcPr>
            <w:tcW w:type="dxa" w:w="810"/>
            <w:vMerge w:val="restart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60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ตรวจนับ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พร้อมติดตาม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และวันหมดอายุ</w:t>
            </w:r>
          </w:p>
        </w:tc>
        <w:tc>
          <w:tcPr>
            <w:tcW w:type="dxa" w:w="3252"/>
            <w:vMerge/>
            <w:tcBorders>
              <w:bottom w:sz="6.399999999999636" w:val="single" w:color="#111111"/>
            </w:tcBorders>
          </w:tcPr>
          <w:p/>
        </w:tc>
      </w:tr>
      <w:tr>
        <w:trPr>
          <w:trHeight w:hRule="exact" w:val="1692"/>
        </w:trPr>
        <w:tc>
          <w:tcPr>
            <w:tcW w:type="dxa" w:w="304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้อผิดพลาดจา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ารทำงานด้วยมือ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</w:p>
        </w:tc>
        <w:tc>
          <w:tcPr>
            <w:tcW w:type="dxa" w:w="3252"/>
            <w:vMerge/>
            <w:tcBorders>
              <w:bottom w:sz="6.399999999999636" w:val="single" w:color="#111111"/>
            </w:tcBorders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รองรับงาน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้อมูลระหว่างบริษัท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ารแจ้งเตือนแบบ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องบริษัทและเชิญผู้ใช้งาน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 / Admin / Staff / Viewer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ประเภทผู้ติดต่อและผู้ติดต่อ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(Quotation)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Request)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(Journal / GL)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บอร์ด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Lot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ุมสถานะและวงจรชีวิต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/ Socket.IO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apache, mariadb, node/pm2)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3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4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Schedule)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4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492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327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(CH-001–CH-003)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baseline 6c39700)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เว้นและ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ารจัดหาเ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รณ์เ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รื่องอ่านบาร์โ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ารภายนอ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เว้นแต่ได้รับอนุมัติแย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ต่าง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ระบบเดิม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ERP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ารภายนอ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ผู้มีส่วนได้ส่วนเสียต้องให้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และร่วมทดสอบตาม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5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แผนงานและหลั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49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ช่วงงาน</w:t>
            </w:r>
          </w:p>
        </w:tc>
        <w:tc>
          <w:tcPr>
            <w:tcW w:type="dxa" w:w="4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เริ่มต้นและวางแผนโ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และส่งมอบ</w:t>
            </w:r>
          </w:p>
        </w:tc>
        <w:tc>
          <w:tcPr>
            <w:tcW w:type="dxa" w:w="4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วันสิ้นสุดโ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6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์ชันใน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พร่องระดับวิ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ฤตที่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ู่มือติดตั้ง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ู่มือผู้ดูแลระบบ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(Validation)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ารลงนามโดยผู้มี</w:t>
      </w:r>
    </w:p>
    <w:p>
      <w:pPr>
        <w:autoSpaceDN w:val="0"/>
        <w:autoSpaceDE w:val="0"/>
        <w:widowControl/>
        <w:spacing w:line="244" w:lineRule="exact" w:before="70" w:after="196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อำนาจ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7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หรือสิ่งส่งมอบ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และได้รับ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ทดสอบที่เ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จึงเรียนมาเพื่อโปรดพิจารณาและเ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้าร่วมประชุมโดยพร้อมเพรียง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