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506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Repository</w:t>
            </w:r>
          </w:p>
        </w:tc>
        <w:tc>
          <w:tcPr>
            <w:tcW w:type="dxa" w:w="2234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67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พื้นที่เ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และหลั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ฐานทุ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อย่าง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องโ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ระยะเวลา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้อมูล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Repository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307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598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307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</w:t>
            </w:r>
          </w:p>
        </w:tc>
        <w:tc>
          <w:tcPr>
            <w:tcW w:type="dxa" w:w="5986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Git Server</w:t>
            </w:r>
          </w:p>
        </w:tc>
      </w:tr>
      <w:tr>
        <w:trPr>
          <w:trHeight w:hRule="exact" w:val="464"/>
        </w:trPr>
        <w:tc>
          <w:tcPr>
            <w:tcW w:type="dxa" w:w="307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(origin)</w:t>
            </w:r>
          </w:p>
        </w:tc>
        <w:tc>
          <w:tcPr>
            <w:tcW w:type="dxa" w:w="598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8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git@188.166.228.62:nok/wms-app.git</w:t>
            </w:r>
          </w:p>
        </w:tc>
      </w:tr>
      <w:tr>
        <w:trPr>
          <w:trHeight w:hRule="exact" w:val="450"/>
        </w:trPr>
        <w:tc>
          <w:tcPr>
            <w:tcW w:type="dxa" w:w="307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Branch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598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8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main</w:t>
            </w:r>
          </w:p>
        </w:tc>
      </w:tr>
      <w:tr>
        <w:trPr>
          <w:trHeight w:hRule="exact" w:val="466"/>
        </w:trPr>
        <w:tc>
          <w:tcPr>
            <w:tcW w:type="dxa" w:w="307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Branch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สารส่งมอบ</w:t>
            </w:r>
          </w:p>
        </w:tc>
        <w:tc>
          <w:tcPr>
            <w:tcW w:type="dxa" w:w="5986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8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</w:t>
            </w:r>
          </w:p>
        </w:tc>
      </w:tr>
      <w:tr>
        <w:trPr>
          <w:trHeight w:hRule="exact" w:val="450"/>
        </w:trPr>
        <w:tc>
          <w:tcPr>
            <w:tcW w:type="dxa" w:w="307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Baseline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องระบบที่ส่งมอบ</w:t>
            </w:r>
          </w:p>
        </w:tc>
        <w:tc>
          <w:tcPr>
            <w:tcW w:type="dxa" w:w="598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12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Commit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</w:p>
        </w:tc>
      </w:tr>
      <w:tr>
        <w:trPr>
          <w:trHeight w:hRule="exact" w:val="464"/>
        </w:trPr>
        <w:tc>
          <w:tcPr>
            <w:tcW w:type="dxa" w:w="307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Tag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องชุดเอ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สารส่งมอบ</w:t>
            </w:r>
          </w:p>
        </w:tc>
        <w:tc>
          <w:tcPr>
            <w:tcW w:type="dxa" w:w="5986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18" w:after="0"/>
              <w:ind w:left="118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sdlc-v1.0-final</w:t>
            </w:r>
          </w:p>
        </w:tc>
      </w:tr>
      <w:tr>
        <w:trPr>
          <w:trHeight w:hRule="exact" w:val="450"/>
        </w:trPr>
        <w:tc>
          <w:tcPr>
            <w:tcW w:type="dxa" w:w="307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</w:t>
            </w:r>
          </w:p>
        </w:tc>
        <w:tc>
          <w:tcPr>
            <w:tcW w:type="dxa" w:w="5986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ยืนยันตัวตนด้วย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SSH Key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ตามบทบาท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องสมาชิ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โ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รงสร้าง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ารจัดเ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็บ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088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ส่วนงาน</w:t>
            </w:r>
          </w:p>
        </w:tc>
        <w:tc>
          <w:tcPr>
            <w:tcW w:type="dxa" w:w="325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</w:p>
        </w:tc>
        <w:tc>
          <w:tcPr>
            <w:tcW w:type="dxa" w:w="310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เนื้อหา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088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86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Source Code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</w:t>
            </w:r>
          </w:p>
        </w:tc>
        <w:tc>
          <w:tcPr>
            <w:tcW w:type="dxa" w:w="325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4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app/</w:t>
            </w:r>
          </w:p>
        </w:tc>
        <w:tc>
          <w:tcPr>
            <w:tcW w:type="dxa" w:w="31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088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Real-time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</w:p>
        </w:tc>
        <w:tc>
          <w:tcPr>
            <w:tcW w:type="dxa" w:w="325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4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nodejs/</w:t>
            </w:r>
          </w:p>
        </w:tc>
        <w:tc>
          <w:tcPr>
            <w:tcW w:type="dxa" w:w="31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Socket.IO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และงานสรุปยอด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แจ้งเตือน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088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ารติดตั้งและตั้ง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</w:p>
        </w:tc>
        <w:tc>
          <w:tcPr>
            <w:tcW w:type="dxa" w:w="325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432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docker/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docker-compose.yml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setup.php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.env.example</w:t>
            </w:r>
          </w:p>
        </w:tc>
        <w:tc>
          <w:tcPr>
            <w:tcW w:type="dxa" w:w="31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ชุดติดตั้ง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Container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ริปต์สร้างฐาน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2088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้อมูลสาธิต</w:t>
            </w:r>
          </w:p>
        </w:tc>
        <w:tc>
          <w:tcPr>
            <w:tcW w:type="dxa" w:w="325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4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demo_seed*.php</w:t>
            </w:r>
          </w:p>
        </w:tc>
        <w:tc>
          <w:tcPr>
            <w:tcW w:type="dxa" w:w="31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้อมูลตัวอย่างสำหรับตรวจรับและสาธิต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2088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Work Products</w:t>
            </w:r>
          </w:p>
        </w:tc>
        <w:tc>
          <w:tcPr>
            <w:tcW w:type="dxa" w:w="325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4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sdlc/</w:t>
            </w:r>
          </w:p>
        </w:tc>
        <w:tc>
          <w:tcPr>
            <w:tcW w:type="dxa" w:w="310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ISO/IEC 29110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PM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SI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headerReference w:type="default" r:id="rId11"/>
          <w:footerReference w:type="default" r:id="rId12"/>
          <w:pgSz w:w="11899" w:h="16838"/>
          <w:pgMar w:top="1814" w:right="704" w:bottom="12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612"/>
            <w:tcBorders>
              <w:start w:sz="5.600000000000023" w:val="single" w:color="#585858"/>
              <w:top w:sz="5.600000000000023" w:val="single" w:color="#585858"/>
              <w:end w:sz="5.600000000000023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088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ส่วนงาน</w:t>
            </w:r>
          </w:p>
        </w:tc>
        <w:tc>
          <w:tcPr>
            <w:tcW w:type="dxa" w:w="3254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</w:p>
        </w:tc>
        <w:tc>
          <w:tcPr>
            <w:tcW w:type="dxa" w:w="3104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เนื้อหา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399999999999977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2088"/>
            <w:tcBorders>
              <w:start w:sz="5.600000000000023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สารส่งมอบ</w:t>
            </w:r>
          </w:p>
        </w:tc>
        <w:tc>
          <w:tcPr>
            <w:tcW w:type="dxa" w:w="3254"/>
            <w:tcBorders>
              <w:start w:sz="5.599999999999909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34" w:after="0"/>
              <w:ind w:left="114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sdlc-delivery/</w:t>
            </w:r>
          </w:p>
        </w:tc>
        <w:tc>
          <w:tcPr>
            <w:tcW w:type="dxa" w:w="3104"/>
            <w:tcBorders>
              <w:start w:sz="5.599999999999909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ไฟล์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PDF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ที่สร้างจา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sdlc/</w:t>
            </w:r>
          </w:p>
        </w:tc>
      </w:tr>
      <w:tr>
        <w:trPr>
          <w:trHeight w:hRule="exact" w:val="452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</w:t>
            </w:r>
          </w:p>
        </w:tc>
        <w:tc>
          <w:tcPr>
            <w:tcW w:type="dxa" w:w="2088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ริปต์สนับสนุนโ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325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4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scripts/</w:t>
            </w:r>
          </w:p>
        </w:tc>
        <w:tc>
          <w:tcPr>
            <w:tcW w:type="dxa" w:w="310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ริปต์สร้างและตรวจสอบชุดเอ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สารส่งมอบ</w:t>
            </w:r>
          </w:p>
        </w:tc>
      </w:tr>
    </w:tbl>
    <w:p>
      <w:pPr>
        <w:autoSpaceDN w:val="0"/>
        <w:autoSpaceDE w:val="0"/>
        <w:widowControl/>
        <w:spacing w:line="268" w:lineRule="exact" w:before="374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ุม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้าถึงและ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ารจัดเ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็บ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18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สมาชิ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นเ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้าถึง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Repository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ได้ผ่าน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Git Server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ตามสิทธิ์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องบทบาท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Project Manager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System Analyst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มีสิทธิ์อนุมัติ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Merge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้าสู่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Branch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ไฟล์ที่เ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ับโ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ารทั้งหมดต้องจัดเ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็บใน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Repository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นี้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่าตั้ง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วามลับ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องสภาพแวดล้อมต้องไม่ถู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นำเ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Repository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หลั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ฐาน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ารจัดเ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็บ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4352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</w:p>
        </w:tc>
        <w:tc>
          <w:tcPr>
            <w:tcW w:type="dxa" w:w="40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4352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และประวัติ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</w:p>
        </w:tc>
        <w:tc>
          <w:tcPr>
            <w:tcW w:type="dxa" w:w="4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ตรวจสอบได้จา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Git Server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ตามสิทธิ์ที่ได้รับ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4352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Baseline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องระบบที่ส่งมอบ</w:t>
            </w:r>
          </w:p>
        </w:tc>
        <w:tc>
          <w:tcPr>
            <w:tcW w:type="dxa" w:w="40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Commit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branch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main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4352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สารส่งมอบที่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ุมแล้ว</w:t>
            </w:r>
          </w:p>
        </w:tc>
        <w:tc>
          <w:tcPr>
            <w:tcW w:type="dxa" w:w="4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Branch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Tag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sdlc-v1.0-final</w:t>
            </w:r>
          </w:p>
        </w:tc>
      </w:tr>
    </w:tbl>
    <w:p>
      <w:pPr>
        <w:autoSpaceDN w:val="0"/>
        <w:autoSpaceDE w:val="0"/>
        <w:widowControl/>
        <w:spacing w:line="258" w:lineRule="exact" w:before="306" w:after="142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ุณธน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สถิตวิทยา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Developer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8" w:lineRule="exact" w:before="306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199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8" w:lineRule="exact" w:before="306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2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PjR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roject-repositor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