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Validation Result (UAT)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autoSpaceDN w:val="0"/>
        <w:autoSpaceDE w:val="0"/>
        <w:widowControl/>
        <w:spacing w:line="268" w:lineRule="exact" w:before="43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0" w:after="0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เพื่อยืนยันว่าระบบที่พัฒนาตรงตามความต้องการของลูกค้า (Customer Requirements) สามารถใช้งานได้จริง มีประสิทธิภาพ มีความปลอดภัย และพร้อมเปิดใช้งานจริง (Go-Live)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สภาพแวดล้อมและผู้ทดสอบ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สภาพแวดล้อมที่ใช้ทดสอบ</w:t>
            </w:r>
          </w:p>
        </w:tc>
        <w:tc>
          <w:tcPr>
            <w:tcW w:type="dxa" w:w="5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ผู้ทดสอบ</w:t>
            </w:r>
          </w:p>
        </w:tc>
        <w:tc>
          <w:tcPr>
            <w:tcW w:type="dxa" w:w="5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 / ตัวแทนลูกค้า)</w:t>
            </w:r>
          </w:p>
        </w:tc>
      </w:tr>
      <w:tr>
        <w:trPr>
          <w:trHeight w:hRule="exact" w:val="464"/>
        </w:trPr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5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ช่วงเวลาทดสอบ</w:t>
            </w:r>
          </w:p>
        </w:tc>
        <w:tc>
          <w:tcPr>
            <w:tcW w:type="dxa" w:w="5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ียงที่สุด</w:t>
            </w:r>
          </w:p>
        </w:tc>
        <w:tc>
          <w:tcPr>
            <w:tcW w:type="dxa" w:w="5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 Validation Result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าดหวัง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TC-UN01.001, TC-UN01.002, TC-UN01.003, TC-UN01.004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20" w:right="5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ารลงทะเบียนและ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ำหนดสิทธิ์ผู้ใช้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้าสู่บริษัทที่ถู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เห็นเฉพาะเมนูที่ได้รับสิทธิ์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การตั้งค่าข้อมูลหลักคลังสินค้าและสินค้า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ตั้งค่าคลังสินค้า พื้นที่ ช่องจัดเก็บ และสินค้าได้ครบตามโครงสร้างที่ใช้จริง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าดหวัง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TC-UN04.001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้าแล้วยอด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จ่ายออกภายในยอดคงเหลือได้ และระบบปฏิเสธการจ่ายเกินยอด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TC-UN04.003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ระหว่างตำแหน่ง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ยอดต้นทางและปลายทางสมดุลและสอบกลับได้เป็นรายการเดียว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TC-UN04.004,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การติดตาม Lot, Serial Number และวันหมดอายุ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ข้อมูลติดตามคงอยู่และแสดงในรายงานที่เกี่ยวข้อง พร้อมพิมพ์บาร์โค้ดได้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TC-UN05.001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ใบเสนอราคา ใบสั่งขาย ใบแจ้งหนี้ และใบรับคืน ทำงานตามลำดับสถานะที่กำหนด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TC-UN06.001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ารจัดซื้อ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ใบขอซื้อ ใบสั่งซื้อ ใบแจ้งหนี้ซื้อ และใบคืนผู้ขาย ทำงานตามลำดับสถานะที่กำหนด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TC-UN07.001,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4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ใบเสร็จ ใบสำคัญจ่าย และรายการบัญชีสมดุลและตรวจสอบได้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TC-UN09.002, TC-UN09.003, TC-UN09.004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20" w:right="5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รายงานคลังสินค้าและรายงานการเงิน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รายงานแสดงผลตรงตามตัว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ตสิทธิ์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เตือนโดยไม่ซ้ำซ้อน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การแยกข้อมูลระหว่างบริษัทและคลังสินค้า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้ามบริษัทหรือ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ลังที่ไม่ได้รับสิทธิ์ถู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ปฏิเสธ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ารณ์ทดสอบทั้งหมด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8" w:lineRule="exact" w:before="366" w:after="0"/>
        <w:ind w:left="256" w:right="676" w:firstLine="0"/>
        <w:jc w:val="both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ตัวแทนลูกค้าได้ทดสอบการยอมรับครบทุกสถานการณ์บนสภาพแวดล้อมใช้งานจริง ผลการทดสอบผ่านทั้งหมด ไม่พบประเด็นที่ขัดขวางการเปิดใช้งาน จึงยืนยันความพร้อมของระบบสำหรับการตรวจรับส่งมอบ ซึ่งบันทึกไว้ใน Acceptance Report เมื่อ 17 สิงหาคม 2569</w:t>
      </w:r>
    </w:p>
    <w:p>
      <w:pPr>
        <w:autoSpaceDN w:val="0"/>
        <w:autoSpaceDE w:val="0"/>
        <w:widowControl/>
        <w:spacing w:line="258" w:lineRule="exact" w:before="33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29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VaR (UAT)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alidation-resul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