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โดยวางแผนตรวจสอบเป็นรอบระหว่างการดำเนินโครงการ และตรวจสอบรอบสุดท้ายก่อนส่งมอบระบบ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ารทดสอบพร้อมใช้งานจริง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8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1.0 Software Project Plan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Run Version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มีข้อมูลผู้รับผิดชอบครบทั้ง 6 บทบาท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มีปริมาณงานและทรัพยา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รรมพร้อมราย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วามเสี่ยง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R1–R8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แนวทางจัด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VR04.010.009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10 Contingency Actions ระบุแผนรองรับกรณีงานไม่แล้วเสร็จ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มีแผนรองรับ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VR04.010.010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2.0 Customer Requirements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Header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ารแต่ละราย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CR01–CR14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VR04.020.005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3.0 Software Requirements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VR04.030.006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4.0 Software Design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Use Case, Component และ Deployment Diagram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หน้าจอที่จะใช้ในระบบ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ลุ่มโมดูล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2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VR04.040.008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5.0 Change Report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Requesting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ียนรายละเอียด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Impact Analysis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ประเมินผล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ารประเมินผล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VR04.050.004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ารลงนามอนุมัติโดย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(CAB)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มีตารางพิจารณาและลงนาม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6.0 Test Case and Test Procedures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ารทดสอบพร้อมรหัสเรียงลำดับ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1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VR04.060.005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าดหวังอย่างชัดเจน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VR04.060.006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VR04.060.007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VR04.060.008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7.0 Validation Results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VR04.070.004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8.0 Software User 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งานที่ส่งมอบ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หน้าจอจริง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ตรวจสอบแล้วสอด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48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VR04.080.004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พร้อมใช้งานจริง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ระบบติดตั้งและใช้งานได้บนสภาพ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และสำรอง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VR04.090.003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ผลการทดสอบระบบผ่านครบทุก Test Case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Test Case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10.0 Product Operation Guide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มีทั้งแบบ Container และแบบ 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มีครบถ้วนพร้อมผลการทดสอบกู้คืน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VR04.100.004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11.0 Maintenance Document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VR04.110.001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VR04.110.002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VR04.110.003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ระบุข้อตกลงระดับการให้บริการ (SLA)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VR04.110.004</w:t>
            </w:r>
          </w:p>
        </w:tc>
        <w:tc>
          <w:tcPr>
            <w:tcW w:type="dxa" w:w="2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60</w:t>
            </w:r>
          </w:p>
        </w:tc>
      </w:tr>
      <w:tr>
        <w:trPr>
          <w:trHeight w:hRule="exact" w:val="46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288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