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25690731 V0.3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4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3 (31 กรกฎาคม 2569)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7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ตรวจสอบชุดทดสอบและ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ลับ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โดยวางแผนตรวจสอบเป็นรอบระหว่างการดำเนินโครงการ และตรวจสอบรอบสุดท้ายก่อนส่งมอบระบบ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6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 and Test Procedures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56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56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56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56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976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WP 6.0 Test Case and Test Procedures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VR03.060.001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มีรายละเอียดครบถ้วนถูกต้อง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VR03.060.002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ทดสอบพร้อมรหัสเรียงลำดับ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มีรายการครบ 45 Test Case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VR03.060.003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อ้างอิง Software Unit ครบทุกรายการ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VR03.060.004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นำเ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้าอย่างชัดเจน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มีรายละเอียดครบทุกรายการ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VR03.060.005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Output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หวังอย่างชัดเจน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มีรายละเอียดครบทุกรายการ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VR03.060.006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Environment Needs, Special Procedural Required และ Intercase Dependency ระบุตามความจำเป็น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VR03.060.007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VR03.060.008</w:t>
            </w:r>
          </w:p>
        </w:tc>
        <w:tc>
          <w:tcPr>
            <w:tcW w:type="dxa" w:w="32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3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