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7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โดยวางแผนตรวจสอบเป็นรอบระหว่างการดำเนินโครงการ และตรวจสอบรอบสุดท้ายก่อนส่งมอบระบบ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344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4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3.0 Software Requirements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ารซอฟต์แวร์ลงใน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Remark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VR02.030.006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4.0 Software Design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Use Case, Component และ Deployment Diagram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ผังหน้าจอที่จะใช้ในระบบ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228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VR02.040.008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5.0 Change Report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 Requesting เขียนรายละเอียดถูกต้องครบถ้วนทุกฉบับ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Impact Analysis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VR02.050.004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ารลงนามอนุมัติโดย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(CAB)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</w:p>
        </w:tc>
        <w:tc>
          <w:tcPr>
            <w:tcW w:type="dxa" w:w="27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มีตารางพิจารณาและลงนาม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2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