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1 (วางแผนโครงการ)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70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2 (พัฒนาและทดสอบ)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 (CH-001–CH-003)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3 (ส่งมอบและปิดโครงการ)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 PHP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บนเครื่องที่ติดตั้ง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(PDF)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เป็น Baseline ที่ควบคุม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Tag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sdlc-v1.0-final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30" w:lineRule="exact" w:before="21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ารเปลี่ยนแปลง</w:t>
      </w:r>
      <w:r>
        <w:rPr>
          <w:rFonts w:ascii="Leelawadee UI" w:hAnsi="Leelawadee UI" w:cs="Leelawadee UI" w:eastAsia="Leelawadee UI"/>
        </w:rPr>
        <w:br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ารเปลี่ยนแปลง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Configuration Item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ต้องผ่าน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Change Report (CH-001–CH-003)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Correction Register (ISS-001–ISS-028)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Commit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