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Change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25690810 V1.0 SeV</w:t>
            </w:r>
          </w:p>
        </w:tc>
      </w:tr>
      <w:tr>
        <w:trPr>
          <w:trHeight w:hRule="exact" w:val="852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Change ID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CH-003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วันที่ร้อง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(Requester)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หน่วยงาน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ฝ่าย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ฝ่ายพัฒนา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ารเปลี่ยนแปลง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☒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Scope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☒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Quality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Schedule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Cost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Resource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Other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วามเร่งด่วน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(Priority)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High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☒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Medium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Low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1 : ข้อมูลทั่วไป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ปรับอัตลั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ษณ์อง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รและเพิ่มชุดติดตั้ง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466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2569)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Requirements, Software Project Plan, Traceability Record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2 : รายละเอียดการเปลี่ยนแปลง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1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124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7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คำอธิบายการเปลี่ยนแปลงที่ต้องการ (Description)</w:t>
            </w:r>
          </w:p>
        </w:tc>
        <w:tc>
          <w:tcPr>
            <w:tcW w:type="dxa" w:w="71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รวมการเปลี่ยนแปลงเพื่อเตรียมส่งมอบ 2 รายการ: (1) เปลี่ยนชุดอัตลักษณ์องค์กร ได้แก่ โลโก้ (logo.png, logo.svg), Favicon และภาพหัวเอกสาร พร้อมปรับไฟล์ UI ที่อ้างอิง และ (2) เพิ่มชุดติดตั้ง Docker Compose สำหรับใช้งานจริง ประกอบด้วย Compose file, Dockerfile, แม่แบบค่าตั้งค่า, Entrypoint, SQL เริ่มต้น, .env.example และสคริปต์สร้าง .env แบบโต้ตอบ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เหตุผลของการเปลี่ยนแปลง (Justification)</w:t>
            </w:r>
          </w:p>
        </w:tc>
        <w:tc>
          <w:tcPr>
            <w:tcW w:type="dxa" w:w="71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ให้ชุดส่งมอบใช้อัตลักษณ์องค์กรของลูกค้าอย่างถูกต้อง และมีเส้นทางการติดตั้งที่ทำซ้ำได้ โดยไม่นำค่าความลับเข้า Source Control หรือฝังไว้ใน Image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3 : การประเมินผลกระทบ (Impact Analysis)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Scope</w:t>
            </w:r>
          </w:p>
        </w:tc>
        <w:tc>
          <w:tcPr>
            <w:tcW w:type="dxa" w:w="6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ปรับแบรนด์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ภาพและไฟล์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PHP/CSS 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และเพิ่มไฟล์ติดตั้ง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Schedule</w:t>
            </w:r>
          </w:p>
        </w:tc>
        <w:tc>
          <w:tcPr>
            <w:tcW w:type="dxa" w:w="6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ารภายในช่วงเตรียมส่งมอบ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15–17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.ค. 69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ผลกระทบต่อ Budget/Cost</w:t>
            </w:r>
          </w:p>
        </w:tc>
        <w:tc>
          <w:tcPr>
            <w:tcW w:type="dxa" w:w="6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่าใช้จ่ายเพิ่ม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Resource</w:t>
            </w:r>
          </w:p>
        </w:tc>
        <w:tc>
          <w:tcPr>
            <w:tcW w:type="dxa" w:w="6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ผลกระทบต่อ Quality/Deliverables</w:t>
            </w:r>
          </w:p>
        </w:tc>
        <w:tc>
          <w:tcPr>
            <w:tcW w:type="dxa" w:w="6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ภาพหัวเอกสารถูกใช้ในเอกสารส่งมอบ ชุด Docker Compose สร้างค่าความลับจาก .env ขณะเริ่ม Container ตาม CR10:003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4 : การพิจารณาอนุมัติ (Change Advisory Board 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ชื่อผู้พิจารณา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ิดเห็น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ลงนาม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เห็นควรอนุมัติ ผลกระทบอยู่ในวิสัยที่ควบคุมได้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 / Tester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ต้องทดสอบซ้ำในส่วนที่ได้รับผล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5 : สรุปผลการพิจารณา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☒ อนุมัติ (Approved)  ☐ ไม่อนุมัติ (Rejected)</w:t>
            </w:r>
          </w:p>
        </w:tc>
      </w:tr>
      <w:tr>
        <w:trPr>
          <w:trHeight w:hRule="exact" w:val="450"/>
        </w:trPr>
        <w:tc>
          <w:tcPr>
            <w:tcW w:type="dxa" w:w="2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63cea23, 136084f, 6c39700</w:t>
            </w:r>
          </w:p>
        </w:tc>
      </w:tr>
      <w:tr>
        <w:trPr>
          <w:trHeight w:hRule="exact" w:val="464"/>
        </w:trPr>
        <w:tc>
          <w:tcPr>
            <w:tcW w:type="dxa" w:w="2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ารแล้วเสร็จเมื่อ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.ค. 69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และตรวจสอบผลด้วย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TC-UN13.002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TC-UN13.003</w:t>
            </w:r>
          </w:p>
        </w:tc>
      </w:tr>
    </w:tbl>
    <w:p>
      <w:pPr>
        <w:autoSpaceDN w:val="0"/>
        <w:autoSpaceDE w:val="0"/>
        <w:widowControl/>
        <w:spacing w:line="364" w:lineRule="exact" w:before="276" w:after="19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ภาคผนวก A : เกณฑ์การประเมินระดับความรุนแรงของการเปลี่ยนแปลง (Change Criteria)</w:t>
      </w:r>
    </w:p>
    <w:p>
      <w:pPr>
        <w:autoSpaceDN w:val="0"/>
        <w:autoSpaceDE w:val="0"/>
        <w:widowControl/>
        <w:spacing w:line="364" w:lineRule="exact" w:before="276" w:after="19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ตารางนี้ใช้เป็นแนวทางประเมินระดับความรุนแรง (Priority Level) ของการเปลี่ยนแปลง เพื่อให้คณะพิจารณา (Change Advisory Board – CAB) กำหนดระดับผลกระทบและความเร่งด่วนได้ชัดเจนตามมาตรฐาน ISO/IEC 29110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99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ระดับ (Level)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ตัวอย่างสถาน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 (Impact Scope)</w:t>
            </w:r>
          </w:p>
        </w:tc>
      </w:tr>
      <w:tr>
        <w:trPr>
          <w:trHeight w:hRule="exact" w:val="974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High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การเปลี่ยนแปลงที่มีผลกระทบอย่างมีนัยสำคัญต่อระบบหลัก งบประมาณ หรือแผนโครงการ ซึ่งต้องได้รับอนุมัติจาก Project Manager และ Project Sponsor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4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ปรับสถาปัตยกรรมหลักของระบบ / เพิ่มฟังก์ชันหลักใหม่ / ต้องปรับงบประมาณหรือระยะเวลาโครงการ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3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 Scope, Schedule และ Cost โดยตรง</w:t>
            </w:r>
          </w:p>
        </w:tc>
      </w:tr>
      <w:tr>
        <w:trPr>
          <w:trHeight w:hRule="exact" w:val="1246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Medium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การเปลี่ยนแปลงที่มีผลกระทบต่อส่วนติดต่อผู้ใช้งานหรือฟังก์ชันย่อยบางส่วน แต่ไม่กระทบโครงสร้างหลัก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ะบางส่วน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 Quality หรือ Deliverables บางส่วน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972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ระดับ (Level)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ตัวอย่างสถาน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 (Impact Scope)</w:t>
            </w:r>
          </w:p>
        </w:tc>
      </w:tr>
      <w:tr>
        <w:trPr>
          <w:trHeight w:hRule="exact" w:val="992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Low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นาดเล็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ที่ไม่ส่งผลต่อ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แก้ไขคำสะกดหรือข้อความแสดงผล / เปลี่ยนโลโก้หรือรูปภาพ / ปรับฟอนต์หรือสี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Deliverables</w:t>
            </w:r>
          </w:p>
        </w:tc>
      </w:tr>
    </w:tbl>
    <w:p>
      <w:pPr>
        <w:autoSpaceDN w:val="0"/>
        <w:autoSpaceDE w:val="0"/>
        <w:widowControl/>
        <w:spacing w:line="244" w:lineRule="exact" w:before="302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แนวทางการใช้งาน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ผู้ร้องขอ (Requester) ระบุระดับความรุนแรงตามตารางนี้ในส่วน "ความเร่งด่วน (Priority)"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คณะพิจารณา (CAB) ใช้ตารางนี้ประกอบการพิจารณาในส่วน "การประเมินผลกระทบ (Impact Analysis)"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หากมีข้อสงสัยในระดับผลกระทบ ให้ใช้ระดับที่สูงกว่าเพื่อความปลอดภัยของโครงการ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