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25690808 V1.0 ApS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ID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CH-002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หน่วยงาน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ฝ่ายบริหารโ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☒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Scope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☒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Quality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Schedule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Cost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Resource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วามเร่งด่วน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High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☒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Medium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☐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1 : ข้อมูลทั่วไป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้อมูลสาธิตสำหรับ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ารตรวจรับและสาธิตระบบ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2 : รายละเอียดการเปลี่ยนแปลง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8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5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คำอธิบายการเปลี่ยนแปลงที่ต้องการ (Description)</w:t>
            </w:r>
          </w:p>
        </w:tc>
        <w:tc>
          <w:tcPr>
            <w:tcW w:type="dxa" w:w="68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เพิ่มสคริปต์สร้างข้อมูลสาธิต 3 ไฟล์ (demo_seed.php, demo_seed_more_orders.php, demo_seed_transactions.php) สำหรับใบสั่งขาย รูปแบบคำสั่งซื้อเพิ่มเติม และประวัติรายการเคลื่อนไหว พร้อมตั้งค่าไดเรกทอรี Log ของบริการ Node.js ที่ใช้ระหว่างสร้างข้อมูล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เหตุผลของการเปลี่ยนแปลง (Justification)</w:t>
            </w:r>
          </w:p>
        </w:tc>
        <w:tc>
          <w:tcPr>
            <w:tcW w:type="dxa" w:w="68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ระบบที่ติดตั้งใหม่ไม่มีประวัติรายการ ทำให้ตรวจรับรายงานและขั้นตอนการทำงานไม่ได้ จึงต้องมีข้อมูลตัวอย่างที่ใกล้เคียงการใช้งานจริงสำหรับการตรวจรับและการสาธิต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3 : การประเมินผลกระทบ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Scope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แก้ไข 9 ไฟล์ เพิ่มประมาณ 2,900 บรรทัด เป็นสคริปต์สร้างข้อมูลใหม่ ไม่แก้ตรรกะหลักของระบบ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Schedule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ารภายในช่วงเตรียมส่งมอบตามแผน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Budget/Cost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่าใช้จ่ายเพิ่ม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Resource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ผลกระทบต่อ Quality/Deliverables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้อมูลสาธิตเท่านั้น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CR07:004</w:t>
            </w:r>
          </w:p>
        </w:tc>
      </w:tr>
    </w:tbl>
    <w:p>
      <w:pPr>
        <w:autoSpaceDN w:val="0"/>
        <w:autoSpaceDE w:val="0"/>
        <w:widowControl/>
        <w:spacing w:line="266" w:lineRule="exact" w:before="36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4 : การพิจารณาอนุมัติ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ลงนาม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เห็นควรอนุมัติ ผลกระทบอยู่ในวิสัยที่ควบคุมได้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 / Tester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ต้องทดสอบซ้ำในส่วนที่ได้รับผล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5 : สรุปผลการพิจารณา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☒ อนุมัติ (Approved)  ☐ ไม่อนุมัติ (Rejected)</w:t>
            </w:r>
          </w:p>
        </w:tc>
      </w:tr>
      <w:tr>
        <w:trPr>
          <w:trHeight w:hRule="exact" w:val="466"/>
        </w:trPr>
        <w:tc>
          <w:tcPr>
            <w:tcW w:type="dxa" w:w="2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  <w:tr>
        <w:trPr>
          <w:trHeight w:hRule="exact" w:val="450"/>
        </w:trPr>
        <w:tc>
          <w:tcPr>
            <w:tcW w:type="dxa" w:w="2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ารแล้วเสร็จเมื่อ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.ค. 69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และใช้เป็น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้อมูลตั้งต้น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ภาคผนวก A : เกณฑ์การประเมินระดับความรุนแรงของการเปลี่ยนแปลง (Change Criteria)</w:t>
      </w:r>
    </w:p>
    <w:p>
      <w:pPr>
        <w:autoSpaceDN w:val="0"/>
        <w:autoSpaceDE w:val="0"/>
        <w:widowControl/>
        <w:spacing w:line="244" w:lineRule="exact" w:before="1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ตารางนี้ใช้เป็นแนวทางประเมินระดับความรุนแรง (Priority Level) ของการเปลี่ยนแปลง เพื่อให้คณะพิจารณา (Change Advisory Board – CAB) กำหนดระดับผลกระทบและความเร่งด่วนได้ชัดเจนตามมาตรฐาน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9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 (Level)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 (Impact Scope)</w:t>
            </w:r>
          </w:p>
        </w:tc>
      </w:tr>
      <w:tr>
        <w:trPr>
          <w:trHeight w:hRule="exact" w:val="97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High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การเปลี่ยนแปลงที่มีผลกระทบอย่างมีนัยสำคัญต่อระบบหลัก งบประมาณ หรือแผนโครงการ ซึ่งต้องได้รับอนุมัติจาก Project Manager และ Project Sponsor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ปรับสถาปัตยกรรมหลักของระบบ / เพิ่มฟังก์ชันหลักใหม่ / ต้องปรับงบประมาณหรือระยะเวลาโครงการ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3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Scope, Schedule และ Cost โดยตรง</w:t>
            </w:r>
          </w:p>
        </w:tc>
      </w:tr>
      <w:tr>
        <w:trPr>
          <w:trHeight w:hRule="exact" w:val="1244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Medium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การเปลี่ยนแปลงที่มีผลกระทบต่อส่วนติดต่อผู้ใช้งานหรือฟังก์ชันย่อยบางส่วน แต่ไม่กระทบโครงสร้างหลัก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ะบางส่วน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Quality หรือ Deliverables บางส่วน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 (Level)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 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Low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นาดเล็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ที่ไม่ส่งผลต่อ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แก้ไขคำสะกดหรือข้อความแสดงผล / เปลี่ยนโลโก้หรือรูปภาพ / ปรับฟอนต์หรือสี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แนวทางการใช้งาน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ผู้ร้องขอ (Requester) ระบุระดับความรุนแรงตามตารางนี้ในส่วน "ความเร่งด่วน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คณะพิจารณา (CAB) ใช้ตารางนี้ประกอบการพิจารณาในส่วน "การประเมินผลกระทบ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หากมีข้อสงสัยในระดับผลกระทบ ให้ใช้ระดับที่สูงกว่าเพื่อความปลอดภัยของโครงการ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