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25690521 V1.0 NoC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ID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CH-001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ฝ่ายวิเ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ราะห์ระบบ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ตัวแทนผู้ใช้งาน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Scope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Quality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Schedule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Cost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Resource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วามเร่งด่วน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High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Medium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ข้อมูลทั่วไป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Rack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Bin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(21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รายละเอียดการเปลี่ยนแปลง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คำอธิบายการเปลี่ยนแปลงที่ต้องการ (Description)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เปลี่ยนคำเรียกตำแหน่งจัดเก็บสินค้าจาก "Rack" เป็น "Bin" ทั้งระบบ ครอบคลุมป้ายกำกับหน้าจอ, custom.js, เครื่องมือบาร์โค้ด (BarcodeManager.php, location_barcode_label.php, retrieve_rack.php) และคลาสจัดการคลังสินค้า สต๊อก ใบสั่งขาย รายงาน ใบรับคืน ใบคืนผู้ขาย สินค้า และการตั้งค่าบริษัท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เหตุผลของการเปลี่ยนแปลง (Justification)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ให้คำที่ใช้ในระบบตรงกับคำที่พนักงานคลังสินค้าใช้จริงในการปฏิบัติงาน ลดความสับสนระหว่างการใช้งานและการอบรม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การประเมินผลกระทบ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Scope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แก้ไข 14 ไฟล์ ประมาณ 1,000 บรรทัด ครอบคลุมคลาสจัดการ 8 คลาสและเครื่องมือบาร์โค้ด ไม่มีการเพิ่มฟังก์ชันใหม่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ดำเนินการภายในช่วงพัฒนาปัจจุบัน ไม่กระทบกำหนดส่งมอบ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Budget/Cost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ไม่มีค่าใช้จ่ายเพิ่ม ใช้ทรัพยากรทีมพัฒนาเดิม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Resource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Quality/Deliverables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เป็นการเปลี่ยนคำเรียกเท่านั้น ไม่เปลี่ยนพฤติกรรมของระบบ ข้อบกพร่องที่เกิดจากการเปลี่ยนไม่ครบให้บันทึกใน Correction Register (ISS-023)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การพิจารณาอนุมัติ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ลงนาม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เห็นควรอนุมัติ ผลกระทบอยู่ในวิสัยที่ควบคุมได้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ต้องทดสอบซ้ำในส่วนที่ได้รับผล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5 : สรุปผลการพิจารณา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☒ อนุมัติ (Approved)  ☐ ไม่อนุมัติ (Rejected)</w:t>
            </w:r>
          </w:p>
        </w:tc>
      </w:tr>
      <w:tr>
        <w:trPr>
          <w:trHeight w:hRule="exact" w:val="464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8f57ab5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ดำเนินการแล้วเสร็จ และตรวจสอบผลด้วย TC-UN03.001 ผ่านเมื่อ 10–14 ส.ค. 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 (Change Criteria)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ตารางนี้ใช้เป็นแนวทางประเมินระดับความรุนแรง (Priority Level) ของการเปลี่ยนแปลง เพื่อให้คณะพิจารณา (Change Advisory Board – CAB) กำหนดระดับผลกระทบและความเร่งด่วนได้ชัดเจนตามมาตรฐาน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 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High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การเปลี่ยนแปลงที่มีผลกระทบอย่างมีนัยสำคัญต่อระบบหลัก งบประมาณ หรือแผนโครงการ ซึ่งต้องได้รับอนุมัติจาก Project Manager และ Project Sponsor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ปรับสถาปัตยกรรมหลักของระบบ / เพิ่มฟังก์ชันหลักใหม่ / ต้องปรับงบประมาณหรือระยะเวลาโครงการ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Scope, Schedule และ Cost 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Medium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การเปลี่ยนแปลงที่มีผลกระทบต่อส่วนติดต่อผู้ใช้งานหรือฟังก์ชันย่อยบางส่วน แต่ไม่กระทบโครงสร้างหลัก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ะบางส่วน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Quality หรือ Deliverables บางส่วน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 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Low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นาดเล็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ที่ไม่ส่งผลต่อ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แก้ไขคำสะกดหรือข้อความแสดงผล / เปลี่ยนโลโก้หรือรูปภาพ / ปรับฟอนต์หรือสี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แนวทางการใช้งาน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ผู้ร้องขอ (Requester) ระบุระดับความรุนแรงตามตารางนี้ในส่วน "ความเร่งด่วน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คณะพิจารณา (CAB) ใช้ตารางนี้ประกอบการพิจารณาในส่วน "การประเมินผลกระทบ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หากมีข้อสงสัยในระดับผลกระทบ ให้ใช้ระดับที่สูงกว่าเพื่อความปลอดภัยของโครงการ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