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Acceptance Report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ApS</w:t>
            </w:r>
          </w:p>
        </w:tc>
      </w:tr>
      <w:tr>
        <w:trPr>
          <w:trHeight w:hRule="exact" w:val="852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ารส่งมอบงาน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(Acceptance Record)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ผู้รับมอบ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คุณเสรี วิริยะสกุลธรณ์ (Project Sponsor)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วันที่บันทึ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ผลการตรวจรับ (Accepted / Not Accepted)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Plan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Schedule)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Requirements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Requirements Specification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Design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Change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(CH-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001–CH-003)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and Test Procedures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Validation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Results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User Document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ารทดสอบพร้อมนำ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ไปใช้งานจริง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ส่ง Source Code (Git baseline 6c39700) และติดตั้ง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ผลการตรวจรับ (Accepted / Not Accepted)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Product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Operation Guide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</w:tbl>
    <w:p>
      <w:pPr>
        <w:autoSpaceDN w:val="0"/>
        <w:autoSpaceDE w:val="0"/>
        <w:widowControl/>
        <w:spacing w:line="266" w:lineRule="exact" w:before="376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ผลการตรวจสอบตามเกณฑ์การตรวจรับ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์ชันใน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ตทำงานตรงตาม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 Record, Test Report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Report 45 Test Case ผ่านทั้งหมด (10 สิงหาคม 2569 – 14 สิงหาคม 2569)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ารยอมรับโดยผู้ใช้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Validation Results 12 สถานการณ์ ผ่านทั้งหมด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พร่องระดับวิ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ฤต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Correction Register 28 รายการ แก้ไขและตรวจสอบครบ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เอกสารคู่มือผู้ใช้ ผู้ดูแลระบบ และการบำรุงรักษาครบถ้วน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User Document, Product Operation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Guide, Maintenance Document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และเอกสารจัดเก็บใน Repository พร้อมชุดสำรอง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Repository, 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(Backup)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3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โดยผู้ตรวจ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สอบอิสระ</w:t>
            </w:r>
          </w:p>
        </w:tc>
        <w:tc>
          <w:tcPr>
            <w:tcW w:type="dxa" w:w="38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ผลสรุป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จำนวนสิ่งส่งมอบทั้งหมด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ตรวจรับแล้ว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(Accepted)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(Not Accepted)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6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ารตรวจรับโดยรวม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Accepted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— ตรวจรับส่งมอบระบบครบถ้วน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ผู้รับมอบได้ตรวจสอบสิ่งส่งมอบทั้งหมดตามเกณฑ์การตรวจรับที่กำหนดในเอกสาร Statement of Work และ Software Project Plan แล้วเห็นว่าครบถ้วนถูกต้อง จึงมีมติตรวจรับส่งมอบระบบเมื่อวันที่ 17 สิงหาคม 2569 โดยงานอบรมผู้ใช้งานและการปิดงานควบคุมปฏิบัติการดำเนินการแล้วเสร็จภายในวันที่ 24 สิงหาคม 2569 ตามแผนปิดโครงการ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cceptanc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