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Customer Requirements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เอกสารฉบับนี้จัดทำขึ้นเพื่อบันทึกและสรุปความต้องการของลูกค้า (Customer Requirements) ตามกระบวนการ ISO/IEC 29110 สำหรับใช้เป็นพื้นฐานในการจัดทำ Software Requirements Specification, การออกแบบระบบ, การทดสอบ และการตรวจรับ ของโครงการพัฒนาระบบบริหารจัดการคลังสินค้า (BRN WMS) บริษัท บี.อาร์.เอ็น เอ็นเตอร์ไพรส์ จำกัด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(CEO)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อนุมัติและตัดสินใจเชิง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ลยุทธ์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จัดทำเอกสาร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ให้ข้อมูลกระบวนการรับเข้า จ่ายออก โอนย้าย และตรวจนับ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ายและฝ่ายจัดซื้อ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ายและจัดซื้อ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ความต้องการเชิงหน้าที่และไม่ใช่หน้าที่ (Functional and Non-Functional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7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 Feature &amp; Functional Characteristics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FR-001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ลังเดียวและแบบ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(Stock-out)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โดยตรวจสอบสิทธิ์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่อนจ่าย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FR-008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FR-009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FR-016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FR-018</w:t>
            </w:r>
          </w:p>
        </w:tc>
      </w:tr>
      <w:tr>
        <w:trPr>
          <w:trHeight w:hRule="exact" w:val="46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FR-019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FR-020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FR-021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FR-022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FR-023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ในบริบทปัจจุบัน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FR-024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 Performance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ระบบต้องตอบสนองงานประจำวัน (เปิดหน้าจอ, ค้นหา, สร้างเอกสาร) ภายในเวลาที่ใช้งานได้จริงบนสภาพแวดล้อมที่ตกลง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NFR-006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เพื่อให้แดชบอร์ดและ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 Interface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context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(Chrome, Edge,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NFR-008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ระบบต้องส่งเหตุ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ารณ์ไปยังบริ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Secret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FR-021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FR-004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 Required System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Characteristics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context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 requirements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Username/Password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ำหนดบทบาทผู้ใช้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FR-002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NFR-008</w:t>
            </w:r>
          </w:p>
        </w:tc>
      </w:tr>
      <w:tr>
        <w:trPr>
          <w:trHeight w:hRule="exact" w:val="97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 Human Engineering 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ใช้งานได้ทั้งบน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Interface 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Interface 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Usability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practice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Interface 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86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 Security 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NFR-002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(Role-based 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และฝั่งเซิร์ฟเวอร์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FR-002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้าสู่ระบบซ้ำซ้อน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(Concurrent 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 Environmental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NFR-004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NFR-010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ระบบต้องใช้งานได้บนอุปกรณ์ Desktop และอุปกรณ์พกพาผ่าน Web Browser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NFR-005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 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 Operational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NFR-004</w:t>
            </w:r>
          </w:p>
        </w:tc>
      </w:tr>
      <w:tr>
        <w:trPr>
          <w:trHeight w:hRule="exact" w:val="452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ระบบต้องมีการเฝ้าระวังสถานะบริการ Web, Database และ Node.js พร้อมแจ้งเตือนเมื่อขัดข้อง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FR-024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FR-022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 Maintenance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ซอฟต์แวร์ต้องมีโ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รงสร้างแบบโมดูล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(Manager Classes / API)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ระทบส่วนอื่น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NFR-007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(Configuration 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้อมูลต้องสะท้อนใน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schema_migrations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 Installation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NFR-004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up -d --build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ระบบต้องมีสคริปต์สร้างไฟล์ .env และค่าความลับอัตโนมัติ (docker/init-env.sh)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NFR-001</w:t>
            </w:r>
          </w:p>
        </w:tc>
      </w:tr>
      <w:tr>
        <w:trPr>
          <w:trHeight w:hRule="exact" w:val="46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86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CR11: Support 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Document)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Documentation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Documentation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่อนเปิดใช้งานจริง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</w:t>
            </w:r>
          </w:p>
        </w:tc>
      </w:tr>
      <w:tr>
        <w:trPr>
          <w:trHeight w:hRule="exact" w:val="452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 Design Constraints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NFR-008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Configuration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29110 Basic Profile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NFR-009</w:t>
            </w:r>
          </w:p>
        </w:tc>
      </w:tr>
      <w:tr>
        <w:trPr>
          <w:trHeight w:hRule="exact" w:val="97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 Safety and Reliability 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NFR-003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Error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00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 Quality Expectations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NFR-009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7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เอกสารฉบับนี้รวมความต้องการที่ได้จากการทบทวนขอบเขตงานร่วมกับลูกค้า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การเปลี่ยนแปลงความต้องการหลังอนุมัติต้องดำเนินการผ่าน Change Report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stomer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