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31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Statement of Work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0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25690105 V1.0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ApS</w:t>
            </w:r>
          </w:p>
        </w:tc>
      </w:tr>
      <w:tr>
        <w:trPr>
          <w:trHeight w:hRule="exact" w:val="8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4" w:lineRule="exact" w:before="68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ตงานและหนังสือเชิญประชุมเปิดโ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</w:p>
        </w:tc>
      </w:tr>
      <w:tr>
        <w:trPr>
          <w:trHeight w:hRule="exact" w:val="8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31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6" w:after="0"/>
              <w:ind w:left="16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มกราคม 2569 – 24 สิงหาคม 2569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Duration</w:t>
            </w:r>
          </w:p>
        </w:tc>
        <w:tc>
          <w:tcPr>
            <w:tcW w:type="dxa" w:w="20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232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วัน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54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46" w:lineRule="exact" w:before="42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วันที่ 5 มกราคม 2569</w:t>
      </w:r>
    </w:p>
    <w:p>
      <w:pPr>
        <w:autoSpaceDN w:val="0"/>
        <w:autoSpaceDE w:val="0"/>
        <w:widowControl/>
        <w:spacing w:line="246" w:lineRule="exact" w:before="234" w:after="0"/>
        <w:ind w:left="25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เรื่อง: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ขอบเขตงานโครงการพัฒนาระบบบริหารจัดการคลังสินค้า และนัดประชุมเปิดโครงการ</w:t>
      </w:r>
    </w:p>
    <w:p>
      <w:pPr>
        <w:autoSpaceDN w:val="0"/>
        <w:autoSpaceDE w:val="0"/>
        <w:widowControl/>
        <w:spacing w:line="244" w:lineRule="exact" w:before="220" w:after="0"/>
        <w:ind w:left="25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เรียน: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ผู้บริหาร หัวหน้าฝ่าย และผู้เกี่ยวข้องทุกฝ่าย</w:t>
      </w:r>
    </w:p>
    <w:p>
      <w:pPr>
        <w:autoSpaceDN w:val="0"/>
        <w:autoSpaceDE w:val="0"/>
        <w:widowControl/>
        <w:spacing w:line="244" w:lineRule="exact" w:before="23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ตามที่ บริษัท บี.อาร์.เอ็น เอ็นเตอร์ไพรส์ จำกัด ได้ใช้การบันทึกข้อมูลคลังสินค้าด้วยกระบวนการที่กระจายอยู่หลายระบบและบางส่วนยังใช้เอกสารกระดาษ ซึ่งปัจจุบันพบว่ามีข้อจำกัดด้านความถูกต้องของยอดสินค้าคงคลัง ความรวดเร็วในการตรวจสอบ และการเชื่อมโยงกับงานขาย งานจัดซื้อ และงานบัญชี ผู้บริหารจึงเล็งเห็นความจำเป็นในการพัฒนาระบบบริหารจัดการคลังสินค้า (Warehouse Management System) ขึ้นใหม่ เพื่อให้การปฏิบัติงานมีความถูกต้อง ตรวจสอบย้อนกลับได้ และรองรับการเติบโตของธุรกิจ</w:t>
      </w:r>
    </w:p>
    <w:p>
      <w:pPr>
        <w:autoSpaceDN w:val="0"/>
        <w:autoSpaceDE w:val="0"/>
        <w:widowControl/>
        <w:spacing w:line="246" w:lineRule="exact" w:before="23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ดังนั้น จึงขอนัดประชุมเพื่อหารือร่วมกันระหว่างทุกฝ่ายที่เกี่ยวข้อง เพื่อ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36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รับฟังข้อเสนอแนะจากฝ่ายคลังสินค้า ฝ่ายขาย ฝ่ายจัดซื้อ และฝ่ายบัญชี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กำหนดแนวทางและกรอบความต้องการของระบบ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วางแผนดำเนินการพัฒนาและกำหนดผู้รับผิดชอบ</w:t>
      </w:r>
    </w:p>
    <w:p>
      <w:pPr>
        <w:autoSpaceDN w:val="0"/>
        <w:autoSpaceDE w:val="0"/>
        <w:widowControl/>
        <w:spacing w:line="266" w:lineRule="exact" w:before="38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รายละเอียดการประชุม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2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วัน เวลา: 5 มกราคม 2569 เวลา 09.00 – 11.00 น.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สถานที่: ห้องประชุม บริษัท บี.อาร์.เอ็น เอ็นเตอร์ไพรส์ จำกัด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ผู้เข้าร่วม: ผู้บริหาร / ผู้จัดการ / หัวหน้าฝ่ายที่เกี่ยวข้อง และทีมพัฒนาระบบ</w:t>
      </w:r>
    </w:p>
    <w:p>
      <w:pPr>
        <w:autoSpaceDN w:val="0"/>
        <w:autoSpaceDE w:val="0"/>
        <w:widowControl/>
        <w:spacing w:line="268" w:lineRule="exact" w:before="396" w:after="12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1 วัตถุประสงค์ของโครงการ</w:t>
      </w:r>
    </w:p>
    <w:p>
      <w:pPr>
        <w:autoSpaceDN w:val="0"/>
        <w:autoSpaceDE w:val="0"/>
        <w:widowControl/>
        <w:spacing w:line="244" w:lineRule="exact" w:before="6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พัฒนาระบบบริหารจัดการคลังสินค้าแบบ Web-based รองรับหลายบริษัทและหลายคลังสินค้า</w:t>
      </w:r>
    </w:p>
    <w:p>
      <w:pPr>
        <w:autoSpaceDN w:val="0"/>
        <w:autoSpaceDE w:val="0"/>
        <w:widowControl/>
        <w:spacing w:line="244" w:lineRule="exact" w:before="66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รองรับการรับเข้า จ่ายออก โอนย้าย ตรวจนับ พร้อมติดตาม Lot, Serial Number และวันหมดอายุ</w:t>
      </w:r>
    </w:p>
    <w:p>
      <w:pPr>
        <w:autoSpaceDN w:val="0"/>
        <w:autoSpaceDE w:val="0"/>
        <w:widowControl/>
        <w:spacing w:line="244" w:lineRule="exact" w:before="66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ลดข้อผิดพลาดจากการทำงานด้วยมือ และเพิ่มความสามารถในการตรวจสอบย้อนกลับ</w:t>
      </w:r>
    </w:p>
    <w:p>
      <w:pPr>
        <w:sectPr>
          <w:headerReference w:type="default" r:id="rId15"/>
          <w:footerReference w:type="default" r:id="rId16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tabs>
          <w:tab w:pos="652" w:val="left"/>
        </w:tabs>
        <w:autoSpaceDE w:val="0"/>
        <w:widowControl/>
        <w:spacing w:line="240" w:lineRule="auto" w:before="266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รองรับงานขาย งานจัดซื้อ งานการเงิน และการบันทึกบัญชีที่เกี่ยวข้อง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ควบคุมความปลอดภัย การแยกข้อมูลระหว่างบริษัท สิทธิ์การใช้งาน และการแจ้งเตือนแบบ Real-time</w:t>
      </w:r>
    </w:p>
    <w:p>
      <w:pPr>
        <w:autoSpaceDN w:val="0"/>
        <w:autoSpaceDE w:val="0"/>
        <w:widowControl/>
        <w:spacing w:line="266" w:lineRule="exact" w:before="39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2 ขอบเขตงาน (Scope of Work)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ระบบย่อย</w:t>
            </w:r>
          </w:p>
        </w:tc>
      </w:tr>
      <w:tr>
        <w:trPr>
          <w:trHeight w:hRule="exact" w:val="988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ระบบบริหารจัด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ใช้งานและสิทธิ์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ลงทะเบียนเจ้าของบริษัทและเชิญผู้ใช้งาน (Onboarding) / เข้าสู่ระบบและควบคุมสิทธิ์ตามบทบาท Owner / Admin / Staff / Viewer / กู้คืนรหัสผ่าน, OTP และควบคุม Session / ตั้งค่าบริษัท, SMTP, ผู้ใช้งาน และสิทธิ์การเข้าถึงแอปพลิเคชัน</w:t>
            </w:r>
          </w:p>
        </w:tc>
      </w:tr>
      <w:tr>
        <w:trPr>
          <w:trHeight w:hRule="exact" w:val="70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ระบบข้อมูลหลัก (Master Data)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คลังสินค้า, พื้นที่จัดเก็บ, ช่องจัดเก็บ (Bin) / หมวดสินค้าและสินค้า / ประเภทผู้ติดต่อและผู้ติดต่อ (ลูกค้า/ผู้ขาย) / รองรับโครงสร้างคลังแบบชั้นเดียวและแบบหลายชั้น</w:t>
            </w:r>
          </w:p>
        </w:tc>
      </w:tr>
      <w:tr>
        <w:trPr>
          <w:trHeight w:hRule="exact" w:val="99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(Inventory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Control)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รับสินค้าเข้า (Stock-in) / จ่ายสินค้าออก (Stock-out) พร้อมตรวจสอบยอดคงเหลือ / โอนย้ายสินค้าระหว่างคลัง/ตำแหน่ง / ติดตาม Lot, Serial Number และวันหมดอายุ / พิมพ์บาร์โค้ดสินค้า/ตำแหน่ง และรองรับการสแกน / แนบไฟล์ประกอบรายการ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(Sales)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ใบเสนอรา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(Quotation)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ใบสั่ง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(Sales Order)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ใบแจ้งหนี้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(Invoice)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ใบลด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(Return / Credit Note)</w:t>
            </w:r>
          </w:p>
        </w:tc>
      </w:tr>
      <w:tr>
        <w:trPr>
          <w:trHeight w:hRule="exact" w:val="70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ระบบจัดซื้อ (Purchasing)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20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(Purchase Request)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ใบสั่งซื้อ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(Purchase Order)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ใบแจ้งหนี้ซื้อ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(Purchase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Invoice)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(Supplier Return)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ระบบการเงิน (Finance)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ใบวางบิลรับ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ใบเสร็จรับเงิน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ใบวางบิลจ่าย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ัญจ่าย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ระบบบัญชี (Accounting)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ผังบัญชี, แผนก, สูตรบัญชี / สมุดรายวันและบัญชีแยกประเภท (Journal / GL) / รายงานงบทดลอง, งบกำไรขาดทุน, งบดุล, ภาษีมูลค่าเพิ่ม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ระบบรายงานและแดช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บอร์ด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แดชบอร์ดคลังสินค้าและบัญชี / รายงานสต๊อก, ความเคลื่อนไหว, ความจุคลัง, สินค้าใกล้หมด, สินค้าหมดอายุ, Lot / กรอง ดู พิมพ์ และส่งออกรายงาน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9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สารอัตโนมัติตามลำดับที่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ุมสถานะและวงจรชีวิต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สร้าง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ประวัติราย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10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ระบบแจ้งเตือนและงานตามกำหนดเวลา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แจ้งเตือนแบบ Real-time ผ่าน Node.js / Socket.IO / งานสรุปยอดสต๊อก/GL และแจ้งเตือนสินค้าใกล้หมด, ใบแจ้งหนี้ค้างชำระ ตามกำหนดเวลา</w:t>
            </w:r>
          </w:p>
        </w:tc>
      </w:tr>
      <w:tr>
        <w:trPr>
          <w:trHeight w:hRule="exact" w:val="97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11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ระบบติดตั้งและตั้ง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ติดตั้งแบบ Manual ผ่าน setup.php / ติดตั้งแบบ Container ผ่าน Docker Compose (php-apache, mariadb, node/pm2) / สร้างค่าตั้งค่าและความลับของระบบจาก .env โดยไม่เก็บใน Source Control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3 สิ่งส่งมอบ (Work Products)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</w:t>
            </w:r>
          </w:p>
        </w:tc>
        <w:tc>
          <w:tcPr>
            <w:tcW w:type="dxa" w:w="4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สิ่งส่งมอบ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(Work Product)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72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1.0</w:t>
            </w:r>
          </w:p>
        </w:tc>
        <w:tc>
          <w:tcPr>
            <w:tcW w:type="dxa" w:w="4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เอกสาร 200-WMS-26-001-00 Software Project Plan (พร้อม Work Schedule)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2.0</w:t>
            </w:r>
          </w:p>
        </w:tc>
        <w:tc>
          <w:tcPr>
            <w:tcW w:type="dxa" w:w="4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Customer Requirements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48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</w:t>
            </w:r>
          </w:p>
        </w:tc>
        <w:tc>
          <w:tcPr>
            <w:tcW w:type="dxa" w:w="4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สิ่งส่งมอบ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(Work Product)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72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3.0</w:t>
            </w:r>
          </w:p>
        </w:tc>
        <w:tc>
          <w:tcPr>
            <w:tcW w:type="dxa" w:w="4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Requirements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Specification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4.0</w:t>
            </w:r>
          </w:p>
        </w:tc>
        <w:tc>
          <w:tcPr>
            <w:tcW w:type="dxa" w:w="4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Design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452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5.0</w:t>
            </w:r>
          </w:p>
        </w:tc>
        <w:tc>
          <w:tcPr>
            <w:tcW w:type="dxa" w:w="4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Change Report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ฉบับ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(CH-001–CH-003)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6.0</w:t>
            </w:r>
          </w:p>
        </w:tc>
        <w:tc>
          <w:tcPr>
            <w:tcW w:type="dxa" w:w="4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Test Case and Test Procedures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452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7.0</w:t>
            </w:r>
          </w:p>
        </w:tc>
        <w:tc>
          <w:tcPr>
            <w:tcW w:type="dxa" w:w="4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Validation Results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8.0</w:t>
            </w:r>
          </w:p>
        </w:tc>
        <w:tc>
          <w:tcPr>
            <w:tcW w:type="dxa" w:w="4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User Document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72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9.0</w:t>
            </w:r>
          </w:p>
        </w:tc>
        <w:tc>
          <w:tcPr>
            <w:tcW w:type="dxa" w:w="4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BRN WMS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ารทดสอบพร้อมนำไปใช้งานจริง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ส่ง Source Code (Git baseline 6c39700) และติดตั้ง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10.0</w:t>
            </w:r>
          </w:p>
        </w:tc>
        <w:tc>
          <w:tcPr>
            <w:tcW w:type="dxa" w:w="4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Product Operation Guide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11.0</w:t>
            </w:r>
          </w:p>
        </w:tc>
        <w:tc>
          <w:tcPr>
            <w:tcW w:type="dxa" w:w="4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Maintenance Document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</w:tbl>
    <w:p>
      <w:pPr>
        <w:autoSpaceDN w:val="0"/>
        <w:autoSpaceDE w:val="0"/>
        <w:widowControl/>
        <w:spacing w:line="266" w:lineRule="exact" w:before="35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4 ข้อยกเว้นและข้อสมมติ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2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ไม่รวมการจัดหาเครื่องแม่ข่าย อุปกรณ์เครือข่าย เครื่องอ่านบาร์โค้ด หรือบริการภายนอก เว้นแต่ได้รับอนุมัติแยกต่างหาก</w:t>
      </w:r>
    </w:p>
    <w:p>
      <w:pPr>
        <w:autoSpaceDN w:val="0"/>
        <w:autoSpaceDE w:val="0"/>
        <w:widowControl/>
        <w:spacing w:line="246" w:lineRule="exact" w:before="54" w:after="0"/>
        <w:ind w:left="652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หา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การย้ายข้อมูลจากระบบเดิม การเชื่อมต่อ ERP หรือบริการภายนอก ต้องผ่านกระบวนการ Change Request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ผู้มีส่วนได้ส่วนเสียต้องให้ข้อมูล ตรวจสอบเอกสาร และร่วมทดสอบตามกำหนดเวลา</w:t>
      </w:r>
    </w:p>
    <w:p>
      <w:pPr>
        <w:autoSpaceDN w:val="0"/>
        <w:autoSpaceDE w:val="0"/>
        <w:widowControl/>
        <w:spacing w:line="268" w:lineRule="exact" w:before="39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5 แผนงานและหลักไมล์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4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ช่วงงาน</w:t>
            </w:r>
          </w:p>
        </w:tc>
        <w:tc>
          <w:tcPr>
            <w:tcW w:type="dxa" w:w="4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ระยะเวลา</w:t>
            </w:r>
          </w:p>
        </w:tc>
      </w:tr>
      <w:tr>
        <w:trPr>
          <w:trHeight w:hRule="exact" w:val="450"/>
        </w:trPr>
        <w:tc>
          <w:tcPr>
            <w:tcW w:type="dxa" w:w="4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เริ่มต้นและวางแผนโ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4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 – 18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ุมภาพันธ์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</w:tr>
      <w:tr>
        <w:trPr>
          <w:trHeight w:hRule="exact" w:val="464"/>
        </w:trPr>
        <w:tc>
          <w:tcPr>
            <w:tcW w:type="dxa" w:w="4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พัฒนาและทดสอบภายใน</w:t>
            </w:r>
          </w:p>
        </w:tc>
        <w:tc>
          <w:tcPr>
            <w:tcW w:type="dxa" w:w="4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19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ุมภาพันธ์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 – 29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พฤษภา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</w:tr>
      <w:tr>
        <w:trPr>
          <w:trHeight w:hRule="exact" w:val="450"/>
        </w:trPr>
        <w:tc>
          <w:tcPr>
            <w:tcW w:type="dxa" w:w="4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 ทดสอบ จัดทำเอกสาร และส่งมอบ</w:t>
            </w:r>
          </w:p>
        </w:tc>
        <w:tc>
          <w:tcPr>
            <w:tcW w:type="dxa" w:w="4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30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พฤษภา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</w:tr>
      <w:tr>
        <w:trPr>
          <w:trHeight w:hRule="exact" w:val="466"/>
        </w:trPr>
        <w:tc>
          <w:tcPr>
            <w:tcW w:type="dxa" w:w="4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วันสิ้นสุดโ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ารอย่างเป็นทาง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4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</w:tr>
    </w:tbl>
    <w:p>
      <w:pPr>
        <w:autoSpaceDN w:val="0"/>
        <w:autoSpaceDE w:val="0"/>
        <w:widowControl/>
        <w:spacing w:line="268" w:lineRule="exact" w:before="35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6 เกณฑ์การตรวจรับ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22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ฟังก์ชันในขอบเขตผ่าน Test Case และเชื่อมโยงกับความต้องการใน Traceability Record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ไม่มีข้อบกพร่องระดับวิกฤตที่ขัดขวางการใช้งานคงค้าง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มีคู่มือติดตั้ง คู่มือผู้ใช้ คู่มือผู้ดูแลระบบ และคู่มือบำรุงรักษาครบถ้วน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ผลการตรวจสอบ (Verification) การทดสอบการยอมรับ (Validation) และการตรวจรับได้รับการลงนามโดยผู้มีอำนาจ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7 การควบคุมการเปลี่ยนแปลง</w:t>
      </w:r>
    </w:p>
    <w:p>
      <w:pPr>
        <w:autoSpaceDN w:val="0"/>
        <w:autoSpaceDE w:val="0"/>
        <w:widowControl/>
        <w:spacing w:line="300" w:lineRule="exact" w:before="130" w:after="0"/>
        <w:ind w:left="256" w:right="876" w:firstLine="0"/>
        <w:jc w:val="both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การเปลี่ยนแปลงขอบเขต กำหนดเวลา หรือสิ่งส่งมอบ ต้องบันทึกใน Change Report ประเมินผลกระทบ และได้รับอนุมัติก่อนดำเนินการ ส่วนการแก้ไขข้อบกพร่องต้องบันทึกใน Correction Register และเชื่อมโยงกับหลักฐานการทดสอบที่เกี่ยวข้อง</w:t>
      </w:r>
    </w:p>
    <w:p>
      <w:pPr>
        <w:autoSpaceDN w:val="0"/>
        <w:autoSpaceDE w:val="0"/>
        <w:widowControl/>
        <w:spacing w:line="244" w:lineRule="exact" w:before="23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จึงเรียนมาเพื่อโปรดพิจารณาและเข้าร่วมประชุมโดยพร้อมเพรียงกัน</w:t>
      </w:r>
    </w:p>
    <w:p>
      <w:pPr>
        <w:autoSpaceDN w:val="0"/>
        <w:autoSpaceDE w:val="0"/>
        <w:widowControl/>
        <w:spacing w:line="256" w:lineRule="exact" w:before="33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48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29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SoW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tatement-of-wo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header" Target="header1.xml"/><Relationship Id="rId16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