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Stakeholder Register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25690116 V1.0 YaB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รายชื่อผู้มีส่วนได้ส่วนเสีย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(Stakeholder Register)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สรุปชื่อผู้มีส่วนได้ส่วนเสียหลัก (Key Stakeholders)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720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ุล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ชื่อย่อ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บทบาท (Role)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วามรับผิดชอบหลั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(Responsibility)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ระดับการมีส่วนร่วม (Engagement)</w:t>
            </w:r>
          </w:p>
        </w:tc>
      </w:tr>
      <w:tr>
        <w:trPr>
          <w:trHeight w:hRule="exact" w:val="720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อนุมัติขอบเขต งบประมาณ และการเปลี่ยนแปลง ตรวจรับส่งมอบ และอนุมัติปิดโครงการ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 (Approve), 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(Inform)</w:t>
            </w:r>
          </w:p>
        </w:tc>
      </w:tr>
      <w:tr>
        <w:trPr>
          <w:trHeight w:hRule="exact" w:val="706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Manager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วางแผนและควบคุมโครงการ ติดตามความก้าวหน้า บริหารความเสี่ยงและการเปลี่ยนแปลง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 (Accountable),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 (Responsible)</w:t>
            </w:r>
          </w:p>
        </w:tc>
      </w:tr>
      <w:tr>
        <w:trPr>
          <w:trHeight w:hRule="exact" w:val="720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System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Analyst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เก็บและวิเคราะห์ความต้องการ ออกแบบระบบและฐานข้อมูล จัดทำเอกสาร SRS และ Design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 (Responsible),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 (Consult)</w:t>
            </w:r>
          </w:p>
        </w:tc>
      </w:tr>
      <w:tr>
        <w:trPr>
          <w:trHeight w:hRule="exact" w:val="720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พัฒนาระบบตามการออกแบบ ดูแลความปลอดภัย การติดตั้ง และการสำรองข้อมูล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 (Responsible),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 (Consult)</w:t>
            </w:r>
          </w:p>
        </w:tc>
      </w:tr>
      <w:tr>
        <w:trPr>
          <w:trHeight w:hRule="exact" w:val="720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QA / Tester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จัดทำและดำเนินการทดสอบ ตรวจสอบ Work Products และติดตามการแก้ไขข้อบกพร่อง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 (Responsible),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 (Consult)</w:t>
            </w:r>
          </w:p>
        </w:tc>
      </w:tr>
      <w:tr>
        <w:trPr>
          <w:trHeight w:hRule="exact" w:val="720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YaB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Control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ควบคุมรหัสเอกสาร เวอร์ชัน การอนุมัติ การจัดเก็บ และหลักฐานของโครงการ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 (Responsible)</w:t>
            </w:r>
          </w:p>
        </w:tc>
      </w:tr>
      <w:tr>
        <w:trPr>
          <w:trHeight w:hRule="exact" w:val="974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หัวหน้าฝ่ายคลังสินค้าและพนักงานคลัง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—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ให้ข้อมูลกระบวนการทำงาน ทดสอบการใช้งาน และใช้งานระบบจริง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 (Consult), 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(Review)</w:t>
            </w:r>
          </w:p>
        </w:tc>
      </w:tr>
      <w:tr>
        <w:trPr>
          <w:trHeight w:hRule="exact" w:val="720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ายและฝ่ายจัด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ซื้อ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—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ให้ข้อมูลกระบวนการเอกสารขายและจัดซื้อ และทดสอบการใช้งาน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 (Consult)</w:t>
            </w:r>
          </w:p>
        </w:tc>
      </w:tr>
      <w:tr>
        <w:trPr>
          <w:trHeight w:hRule="exact" w:val="720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ฝ่ายบัญชีและ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เงิน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—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ให้ข้อมูลการวางบิล รับชำระ จ่ายชำระ และการบันทึกบัญชี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 (Consult)</w:t>
            </w:r>
          </w:p>
        </w:tc>
      </w:tr>
      <w:tr>
        <w:trPr>
          <w:trHeight w:hRule="exact" w:val="976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ผู้ดูแลระบบ (System Administrator)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—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ผู้สนับสนุน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ติดตั้ง ตั้งค่า เฝ้าระวัง สำรองและกู้คืนระบบ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 (Consult), 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(Inform)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300" w:lineRule="exact" w:before="374" w:after="0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หมายเหตุ: รหัสระดับการมีส่วนร่วม (Engagement Level) ได้แก่ A: Approve, R: Responsible, C: Consult, I: Inform ตามแนวทาง RACI Matrix เพื่อระบุระดับการมีส่วนร่วมในแต่ละบทบาท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ช่องทางการสื่อสาร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68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</w:t>
            </w:r>
          </w:p>
        </w:tc>
        <w:tc>
          <w:tcPr>
            <w:tcW w:type="dxa" w:w="20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วามถี่</w:t>
            </w:r>
          </w:p>
        </w:tc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</w:p>
        </w:tc>
        <w:tc>
          <w:tcPr>
            <w:tcW w:type="dxa" w:w="19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</w:tr>
      <w:tr>
        <w:trPr>
          <w:trHeight w:hRule="exact" w:val="704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้าวหน้า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(Progress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 Record)</w:t>
            </w:r>
          </w:p>
        </w:tc>
        <w:tc>
          <w:tcPr>
            <w:tcW w:type="dxa" w:w="20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งวดรายงาน</w:t>
            </w:r>
          </w:p>
        </w:tc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9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ทีมโ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Project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Sponsor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ประชุมติดตามโ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(Minutes of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Meeting)</w:t>
            </w:r>
          </w:p>
        </w:tc>
        <w:tc>
          <w:tcPr>
            <w:tcW w:type="dxa" w:w="20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ตามจุดตรวจสอบที่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ในแผนงาน</w:t>
            </w:r>
          </w:p>
        </w:tc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9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้องทั้งหมด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</w:p>
        </w:tc>
        <w:tc>
          <w:tcPr>
            <w:tcW w:type="dxa" w:w="20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เมื่อพบ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</w:t>
            </w:r>
          </w:p>
        </w:tc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 / ThS</w:t>
            </w:r>
          </w:p>
        </w:tc>
        <w:tc>
          <w:tcPr>
            <w:tcW w:type="dxa" w:w="19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และผู้รับผิดชอบที่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</w:tr>
      <w:tr>
        <w:trPr>
          <w:trHeight w:hRule="exact" w:val="464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(Change Report)</w:t>
            </w:r>
          </w:p>
        </w:tc>
        <w:tc>
          <w:tcPr>
            <w:tcW w:type="dxa" w:w="20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เมื่อมี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ารร้อง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</w:t>
            </w:r>
          </w:p>
        </w:tc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9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 (Project Sponsor)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takeholder-regist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