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(Objective)</w:t>
            </w:r>
          </w:p>
        </w:tc>
        <w:tc>
          <w:tcPr>
            <w:tcW w:type="dxa" w:w="6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ับงานบัญชี</w:t>
            </w:r>
          </w:p>
        </w:tc>
        <w:tc>
          <w:tcPr>
            <w:tcW w:type="dxa" w:w="6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ษาได้อย่างเป็นระบบ</w:t>
            </w:r>
          </w:p>
        </w:tc>
        <w:tc>
          <w:tcPr>
            <w:tcW w:type="dxa" w:w="6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Inventory Control (Stock in/out/transfer, Lot, Serial, Expiry,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(Chart of Accounts, Department, Journal, General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31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5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848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Initiation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86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Planning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Plan, Work 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848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Execution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ตรวจสอบเอกสาร ทดสอบระบบ และ UAT</w:t>
            </w:r>
          </w:p>
        </w:tc>
      </w:tr>
      <w:tr>
        <w:trPr>
          <w:trHeight w:hRule="exact" w:val="720"/>
        </w:trPr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Close</w:t>
            </w:r>
          </w:p>
        </w:tc>
        <w:tc>
          <w:tcPr>
            <w:tcW w:type="dxa" w:w="12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สิงหาคม 2569 – 24 สิงหาคม 2569</w:t>
            </w:r>
          </w:p>
        </w:tc>
        <w:tc>
          <w:tcPr>
            <w:tcW w:type="dxa" w:w="3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ไมล์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5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ตรวจรับส่งมอบ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ลงนามตรวจรับสิ่งส่งมอบ</w:t>
            </w:r>
          </w:p>
        </w:tc>
      </w:tr>
      <w:tr>
        <w:trPr>
          <w:trHeight w:hRule="exact" w:val="45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