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Statement of Work 25690105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Work Schedule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Software Project Plan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Customer Requirements 25690206 V1.0 NoC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แผนการดำเนินงาน แผนโครงการ และความต้องการของลูกค้า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Progress Status Record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(15 Report)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Progress Status Record 25690109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Progress Status Record 25690123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Progress Status Record 25690206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Progress Status Record 25690218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Progress Status Record 25690225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Progress Status Record 25690317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Progress Status Record 25690429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Progress Status Record 25690508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Progress Status Record 25690513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Progress Status Record 25690525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Progress Status Record 25690529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Progress Status Record 25690803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13. 200-WMS-26-001-00 Progress Status Record 25690814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14. 200-WMS-26-001-00 Progress Status Record 25690817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15. 200-WMS-26-001-00 Progress Status Record 25690824 V1.0 ApS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ารรายงวด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Correction Register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YaB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สารสรุปปัญหาที่พบระหว่างดำเนินโ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Record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Acceptance Report 25690824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(Sign off Letter)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Change Request (Change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Change Report 25690824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594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(11 MoM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Minutes Of Meeting 25690105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Minutes Of Meeting 25690123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Minutes Of Meeting 25690218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Minutes Of Meeting 25690323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Minutes Of Meeting 25690504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Minutes Of Meeting 25690518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Minutes Of Meeting 25690528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Minutes Of Meeting 25690604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Minutes Of Meeting 25690810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Minutes Of Meeting 25690819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Minutes Of Meeting 25690824 V1.0 YaB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ารประชุมตามแผน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Configuration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Software 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25690817 V1.0 ThS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Repository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ThS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พื้นที่เก็บข้อมูล เอกสาร และหลักฐานทุกอย่างของโครงการ (Git Server: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42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25690824 V1.0 ThS</w:t>
            </w:r>
          </w:p>
        </w:tc>
        <w:tc>
          <w:tcPr>
            <w:tcW w:type="dxa" w:w="8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พื้นที่สำรองสำหรับกู้คืนข้อมูล (Git Remote สำรอง: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และชุดสำรองฐานข้อมูลบนคลาวด์)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specification (SRS)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Requirements 25690225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Design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เอกสารการออกแบบระบบ พร้อมหัวข้อ Software Baseline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 Record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(Traceability Matrix)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Components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Components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เอกสารแสดงส่วนประกอบต่าง ๆ ของโปรแกรมแต่ละเวอร์ชัน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Cases and Test Procedures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Case and Test Procedures 25690731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้อมูลที่ใช้ทดสอบ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Report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ซอฟต์แวร์สำหรับส่งมอบให้กับผู้ใช้งาน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User Document 25690814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ารใช้งานสำหรับผู้ใช้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Product Operation Guide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Maintenance Document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ษาระบบ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 (4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20" w:right="10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Verification Results 25690317 V0.1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Verification Results 25690529 V0.2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Verification Results 25690731 V0.3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Verification Results 25690817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Validation Results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Stakeholder Register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รายชื่อผู้มีส่วนได้ส่วนเสียและระดับ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Charter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TRACEABILITY-RECORD-Table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List of Evidence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ดัชนีเอ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สรุปความครบถ้วนของหลักฐาน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PM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SI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อบเพิ่มเติม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48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55</w:t>
            </w:r>
          </w:p>
        </w:tc>
      </w:tr>
      <w:tr>
        <w:trPr>
          <w:trHeight w:hRule="exact" w:val="452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55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เอกสารและหลักฐานทั้งหมดจัดเก็บใน Project Repository และสำรองไว้ตามที่ระบุในเอกสาร Project Repository (Backup) โดยชุดเอกสารส่งมอบควบคุมใน Git Repository</w:t>
      </w:r>
    </w:p>
    <w:p>
      <w:pPr>
        <w:autoSpaceDN w:val="0"/>
        <w:autoSpaceDE w:val="0"/>
        <w:widowControl/>
        <w:spacing w:line="256" w:lineRule="exact" w:before="332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