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Design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High Level Architecture Diagram</w:t>
      </w:r>
    </w:p>
    <w:p>
      <w:pPr>
        <w:autoSpaceDN w:val="0"/>
        <w:autoSpaceDE w:val="0"/>
        <w:widowControl/>
        <w:spacing w:line="244" w:lineRule="exact" w:before="17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ภาพรวมสถาปัตยกรรมของระบบ แบ่งเป็นผู้ใช้งาน ชั้น Client, Web, Data, Service และบริการภายนอก พร้อมช่องทางการเชื่อมต่อระหว่างกัน ทุกคำขอจากหน้าจอผ่านการตรวจสอบของ db_auth ก่อนถึงตรรกะธุรกิจ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0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2956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295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0"/>
        <w:ind w:left="179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 High Level Architecture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รงสร้างระบบแบ่งตามชั้น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ารทำงาน</w:t>
      </w:r>
    </w:p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 Case Diagram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ผู้ใช้งานของระบบและกลุ่มการใช้งานหลัก บทบาทที่สูงกว่าได้รับสิทธิ์การใช้งานของบทบาทที่ต่ำกว่าทั้งหมด (Viewer → Staff → Admin → Owner)</w:t>
      </w:r>
    </w:p>
    <w:p>
      <w:pPr>
        <w:sectPr>
          <w:headerReference w:type="default" r:id="rId20"/>
          <w:footerReference w:type="default" r:id="rId2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641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406781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40678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76" w:after="268"/>
        <w:ind w:left="0" w:right="2732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2 Use Case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ผู้ใช้งานและ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ลุ่ม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ารใช้งานหลั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Actor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ำอธิบาย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เจ้าของบริษัท สิทธิ์สูงสุดภายในบริษัท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ตั้งค่าบริษัท จัดการผู้ใช้ และใช้งานทุกโมดูล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ผู้ดูแลระบบภายในบริษัท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จัดการข้อมูลหลัก ผู้ใช้ สิทธิ์ และใช้งานทุกโมดูลปฏิบัติการ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Staff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ผู้ปฏิบัติงาน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บันทึกรายการคลังสินค้า ขาย จัดซื้อ และการเงินตามสิทธิ์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Viewer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ผู้ใช้แบบอ่านอย่างเดียว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Scheduler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(Node.js)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 Service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ระทำภายนอ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ส่งอีเมล Onboarding กู้คืนรหัสผ่าน 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Component Diagram</w:t>
      </w:r>
    </w:p>
    <w:p>
      <w:pPr>
        <w:autoSpaceDN w:val="0"/>
        <w:autoSpaceDE w:val="0"/>
        <w:widowControl/>
        <w:spacing w:line="246" w:lineRule="exact" w:before="174" w:after="342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โมดูลของระบบ (Software Unit กลุ่ม UN01–UN13) และความสัมพันธ์การเรียกใช้ระหว่างโมดูล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3528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35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0" w:right="2610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3 Component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โมดูล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องระบบและ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วามสัมพันธ์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โครงสร้างส่วนประกอบของระบบแบ่งตามชั้นการทำงาน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(Layer)</w:t>
            </w:r>
          </w:p>
        </w:tc>
        <w:tc>
          <w:tcPr>
            <w:tcW w:type="dxa" w:w="4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Presentation</w:t>
            </w:r>
          </w:p>
        </w:tc>
        <w:tc>
          <w:tcPr>
            <w:tcW w:type="dxa" w:w="4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หน้าจอ PHP ในแต่ละโมดูล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app/&lt;module&gt;/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), JavaScript และ CSS ที่รองรับ Responsive</w:t>
            </w:r>
          </w:p>
        </w:tc>
        <w:tc>
          <w:tcPr>
            <w:tcW w:type="dxa" w:w="2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SR02:002, SR06:002,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Business Logic</w:t>
            </w:r>
          </w:p>
        </w:tc>
        <w:tc>
          <w:tcPr>
            <w:tcW w:type="dxa" w:w="4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Manager/Service Classes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app/assets/utils/classes/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เรียกใช้จาก Page Controller</w:t>
            </w:r>
          </w:p>
        </w:tc>
        <w:tc>
          <w:tcPr>
            <w:tcW w:type="dxa" w:w="2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SR02:003, SR03:001–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</w:t>
            </w:r>
          </w:p>
        </w:tc>
      </w:tr>
      <w:tr>
        <w:trPr>
          <w:trHeight w:hRule="exact" w:val="704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Access</w:t>
            </w:r>
          </w:p>
        </w:tc>
        <w:tc>
          <w:tcPr>
            <w:tcW w:type="dxa" w:w="4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 เข้าถึงฐานข้อมูล MariaDB โดยตรง พร้อม Trait รวมตรรกะที่ใช้ร่วมกัน</w:t>
            </w:r>
          </w:p>
        </w:tc>
        <w:tc>
          <w:tcPr>
            <w:tcW w:type="dxa" w:w="2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SR02:004, SR06:001,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SR08:001–SR08:005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Real-time / Scheduler</w:t>
            </w:r>
          </w:p>
        </w:tc>
        <w:tc>
          <w:tcPr>
            <w:tcW w:type="dxa" w:w="4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Node.js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ควบคุมด้วย pm2</w:t>
            </w:r>
          </w:p>
        </w:tc>
        <w:tc>
          <w:tcPr>
            <w:tcW w:type="dxa" w:w="2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66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External</w:t>
            </w:r>
          </w:p>
        </w:tc>
        <w:tc>
          <w:tcPr>
            <w:tcW w:type="dxa" w:w="4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SMTP สำหรับส่งอีเมล และ Socket.IO Client บน Browser</w:t>
            </w:r>
          </w:p>
        </w:tc>
        <w:tc>
          <w:tcPr>
            <w:tcW w:type="dxa" w:w="2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Deployment Diagram</w:t>
      </w:r>
    </w:p>
    <w:p>
      <w:pPr>
        <w:autoSpaceDN w:val="0"/>
        <w:autoSpaceDE w:val="0"/>
        <w:widowControl/>
        <w:spacing w:line="246" w:lineRule="exact" w:before="174" w:after="34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การติดตั้งบนสภาพแวดล้อมใช้งานจริงด้วย Docker Compose และทางเลือกการติดตั้งแบบ Manual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49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1623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162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2228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4 Deployment Diagram — 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ารติดตั้งบนสภาพแวดล้อมใช้งานจริง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การติดตั้งระบบแบ่งเป็น 4 ชั้นบริการ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5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ชั้นการติดตั้ง (Tier)</w:t>
            </w:r>
          </w:p>
        </w:tc>
        <w:tc>
          <w:tcPr>
            <w:tcW w:type="dxa" w:w="5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5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Client</w:t>
            </w:r>
          </w:p>
        </w:tc>
        <w:tc>
          <w:tcPr>
            <w:tcW w:type="dxa" w:w="5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Web Browser (Chrome/Edge/Firefox) บน Desktop, Tablet และ Mobile พร้อม Socket.IO Client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SR06:002, SR06:003,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5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Web Tier</w:t>
            </w:r>
          </w:p>
        </w:tc>
        <w:tc>
          <w:tcPr>
            <w:tcW w:type="dxa" w:w="5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PHP 8 บน Apache ติดตั้งแบบ Manual หรือ Container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docker/php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SR01:003, SR02:005</w:t>
            </w:r>
          </w:p>
        </w:tc>
      </w:tr>
      <w:tr>
        <w:trPr>
          <w:trHeight w:hRule="exact" w:val="720"/>
        </w:trPr>
        <w:tc>
          <w:tcPr>
            <w:tcW w:type="dxa" w:w="15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Tier</w:t>
            </w:r>
          </w:p>
        </w:tc>
        <w:tc>
          <w:tcPr>
            <w:tcW w:type="dxa" w:w="5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MariaDB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(ผู้ใช้/บริษัท)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(คลัง/บัญชี)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SR06:001, SR08:001–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</w:tr>
      <w:tr>
        <w:trPr>
          <w:trHeight w:hRule="exact" w:val="466"/>
        </w:trPr>
        <w:tc>
          <w:tcPr>
            <w:tcW w:type="dxa" w:w="15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Service Tier</w:t>
            </w:r>
          </w:p>
        </w:tc>
        <w:tc>
          <w:tcPr>
            <w:tcW w:type="dxa" w:w="5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Node.js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ควบคุมด้วย pm2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User Interface Design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ผังหน้าจอหลักของระบบแบ่งตามโมดูลการใช้งาน ทุกหน้าจอใช้โครงร่างเดียวกัน ได้แก่ เมนูด้านซ้ายที่แสดงตามสิทธิ์ของผู้ใช้ แถบด้านบนสำหรับเลือกบริษัทและบัญชีผู้ใช้ และพื้นที่ทำงานด้านขวา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 &amp; Onboarding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ลืมรหัสผ่าน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ผู้ติดต่อ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Inventory Control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Lot &amp;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ืนและใบลดหนี้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Accounting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Settings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SMTP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Mockup Wireframe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Wireframe แสดงโครงร่างหน้าจอหลักที่ใช้เป็นแม่แบบในการพัฒนา หน้าจอเอกสารขาย จัดซื้อ และการเงินใช้รูปแบบหน้ารายการ (รูปที่ 7) และหน้าบันทึก (รูปที่ 8) เดียวกัน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2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2839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283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4334"/>
        <w:ind w:left="0" w:right="3656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5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้าสู่ระบบ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0" w:right="3654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6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หน้าจอแดชบอร์ด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158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7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ใช้รูปแบบเดียว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ันทุ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1364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8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ับเอ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จัดซื้อ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ารเงิน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0" w:right="35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9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หน้าจอรับสิน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0"/>
        <w:ind w:left="0" w:right="36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10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หน้าจอรายงาน</w:t>
      </w:r>
    </w:p>
    <w:p>
      <w:pPr>
        <w:autoSpaceDN w:val="0"/>
        <w:autoSpaceDE w:val="0"/>
        <w:widowControl/>
        <w:spacing w:line="230" w:lineRule="exact" w:before="4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Baseline</w:t>
      </w:r>
    </w:p>
    <w:p>
      <w:pPr>
        <w:autoSpaceDN w:val="0"/>
        <w:autoSpaceDE w:val="0"/>
        <w:widowControl/>
        <w:spacing w:line="246" w:lineRule="exact" w:before="1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หัวข้อนี้กำหนดสิ่งที่จะควบคุมเป็น Baseline ของซอฟต์แวร์ เวลาที่กำหนด Baseline และผู้อนุมัติ เพื่อให้ตรวจสอบเส้นทาง Baseline → Configuration → Change ได้ Commit ที่เป็น Baseline จริงจะบันทึกใน Software Configuration (WP 8) เมื่อกำหนด Baseline แต่ละครั้ง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06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33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4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</w:tr>
      <w:tr>
        <w:trPr>
          <w:trHeight w:hRule="exact" w:val="720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ของแอปพลิเคชัน</w:t>
            </w:r>
          </w:p>
        </w:tc>
        <w:tc>
          <w:tcPr>
            <w:tcW w:type="dxa" w:w="33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commit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ณ วันที่กำหนด Baseline</w:t>
            </w:r>
          </w:p>
        </w:tc>
        <w:tc>
          <w:tcPr>
            <w:tcW w:type="dxa" w:w="4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</w:p>
        </w:tc>
      </w:tr>
      <w:tr>
        <w:trPr>
          <w:trHeight w:hRule="exact" w:val="720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33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Schema ที่สร้างโดย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docker/mariadb/init-wms2.sql</w:t>
            </w:r>
          </w:p>
        </w:tc>
        <w:tc>
          <w:tcPr>
            <w:tcW w:type="dxa" w:w="4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720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</w:t>
            </w:r>
          </w:p>
        </w:tc>
        <w:tc>
          <w:tcPr>
            <w:tcW w:type="dxa" w:w="33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(ไม่รวมค่าความลับ)</w:t>
            </w:r>
          </w:p>
        </w:tc>
        <w:tc>
          <w:tcPr>
            <w:tcW w:type="dxa" w:w="4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974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Products</w:t>
            </w:r>
          </w:p>
        </w:tc>
        <w:tc>
          <w:tcPr>
            <w:tcW w:type="dxa" w:w="33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Repository</w:t>
            </w:r>
          </w:p>
        </w:tc>
        <w:tc>
          <w:tcPr>
            <w:tcW w:type="dxa" w:w="4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หลักและ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0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70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เมื่อพัฒนาครบทุกโมดูล (Baseline การพัฒนา ตามแผน 29 พฤษภาคม 2569) และเมื่อตรวจรับส่งมอบ (Baseline ของระบบที่ส่งมอบ ตามแผน 24 สิงหาคม 2569)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0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70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  <w:tr>
        <w:trPr>
          <w:trHeight w:hRule="exact" w:val="452"/>
        </w:trPr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70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 (System Analyst) และ คุณปริญ งามขำ (QA/Tester)</w:t>
            </w:r>
          </w:p>
        </w:tc>
      </w:tr>
      <w:tr>
        <w:trPr>
          <w:trHeight w:hRule="exact" w:val="464"/>
        </w:trPr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</w:t>
            </w:r>
          </w:p>
        </w:tc>
        <w:tc>
          <w:tcPr>
            <w:tcW w:type="dxa" w:w="70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 โดย Baseline ของระบบที่ส่งมอบอนุมัติพร้อมการตรวจรับ</w:t>
            </w:r>
          </w:p>
        </w:tc>
      </w:tr>
      <w:tr>
        <w:trPr>
          <w:trHeight w:hRule="exact" w:val="452"/>
        </w:trPr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0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 (WP 8)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Configuration Item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70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Traceability Record (WP 13)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ภายหลัง</w:t>
            </w:r>
          </w:p>
        </w:tc>
      </w:tr>
      <w:tr>
        <w:trPr>
          <w:trHeight w:hRule="exact" w:val="718"/>
        </w:trPr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 Baseline</w:t>
            </w:r>
          </w:p>
        </w:tc>
        <w:tc>
          <w:tcPr>
            <w:tcW w:type="dxa" w:w="70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Change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Unit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0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References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</w:tr>
      <w:tr>
        <w:trPr>
          <w:trHeight w:hRule="exact" w:val="97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Register &amp; Onboarding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9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ลงทะเบียนเจ้าของบริษัท, ยืนยันอีเมล, เชิญผู้ใช้และรับคำเชิญเข้าบริษัทที่ถูกต้อง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app/login/, UserManager.php</w:t>
            </w:r>
          </w:p>
        </w:tc>
      </w:tr>
      <w:tr>
        <w:trPr>
          <w:trHeight w:hRule="exact" w:val="1244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Login &amp; Role Guard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เข้าสู่ระบบด้วย Username/Password, ตรวจบทบาทและสิทธิ์แอปพลิเคชันฝั่งเซิร์ฟเวอร์ก่อนเข้าทุกหน้า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app/assets/utils/</w:t>
            </w:r>
          </w:p>
        </w:tc>
      </w:tr>
      <w:tr>
        <w:trPr>
          <w:trHeight w:hRule="exact" w:val="124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Password Recovery / OTP / Session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ลืมรหัสผ่านผ่านอีเมล, OTP, Hash รหัสผ่าน bcrypt, บล็อก Concurrent Login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PasswordManager.php, PasswordResetManager.php</w:t>
            </w:r>
          </w:p>
        </w:tc>
      </w:tr>
      <w:tr>
        <w:trPr>
          <w:trHeight w:hRule="exact" w:val="123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User &amp; App-Access Administration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เพิ่ม/แก้ไข/ปิดใช้ผู้ใช้, กำหนดบทบาทและสิทธิ์การเข้าถึงแอปพลิเคชัน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app/setting/, UserManager.php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UN02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(Company Settings)</w:t>
            </w:r>
          </w:p>
        </w:tc>
      </w:tr>
      <w:tr>
        <w:trPr>
          <w:trHeight w:hRule="exact" w:val="123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Profile &amp; System Settings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ระบบต่อบริษัท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CompanyProfileManager.php,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CompanySettingManager.php</w:t>
            </w:r>
          </w:p>
        </w:tc>
      </w:tr>
      <w:tr>
        <w:trPr>
          <w:trHeight w:hRule="exact" w:val="99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SMTP &amp; Mail Dispatch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 SMTP ต่อบริษัท และส่งอีเมล Onboarding/กู้คืนรหัสผ่าน/แจ้งเตือน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SmtpManager.php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2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References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72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/ Storage / Bin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จัดการคลังสินค้า พื้นที่ และช่องจัดเก็บ พร้อมความจุ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app/inventory/, WarehouseManager.php</w:t>
            </w:r>
          </w:p>
        </w:tc>
      </w:tr>
      <w:tr>
        <w:trPr>
          <w:trHeight w:hRule="exact" w:val="97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Product &amp; Category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จัดการหมวดสินค้า สินค้า หน่วยนับ และรูปสินค้า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ProductManager.php</w:t>
            </w:r>
          </w:p>
        </w:tc>
      </w:tr>
      <w:tr>
        <w:trPr>
          <w:trHeight w:hRule="exact" w:val="72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UN03.003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Contact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จัดการประเภทผู้ติดต่อ ลูกค้า และผู้ขาย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app/contact/, ContactManager.php</w:t>
            </w:r>
          </w:p>
        </w:tc>
      </w:tr>
      <w:tr>
        <w:trPr>
          <w:trHeight w:hRule="exact" w:val="124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Layer Configuration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สลับโ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ลังแบบชั้นเดียว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ชั้นต่อบริษัท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CompanySettingManager.php,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WarehouseManager.php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</w:tr>
      <w:tr>
        <w:trPr>
          <w:trHeight w:hRule="exact" w:val="99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Stock-in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รับสินค้าเข้าตามสินค้า จำนวน ตำแหน่ง เอกสารอ้างอิง สร้างความเคลื่อนไหวและยอดคงเหลือ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app/ics/, StockManager.php,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StockTablesTrait.php</w:t>
            </w:r>
          </w:p>
        </w:tc>
      </w:tr>
      <w:tr>
        <w:trPr>
          <w:trHeight w:hRule="exact" w:val="72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out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จ่ายสินค้าออกโดยตรวจสิทธิ์และยอดคงเหลือ ปฏิเสธจำนวนเกิน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04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Transfer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โอนย้ายระหว่างตำแหน่ง ต้นทาง/ปลายทางผูกเป็นรายการเดียว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Lot / Serial / Expiry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Number,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วันหมดอายุ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StockSourceManager.php,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md_lot</w:t>
            </w:r>
          </w:p>
        </w:tc>
      </w:tr>
      <w:tr>
        <w:trPr>
          <w:trHeight w:hRule="exact" w:val="72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Barcode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Label &amp; Scan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พิมพ์ฉลากบาร์โค้ด SKU/ตำแหน่ง และรับค่าจากเครื่องสแกน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BarcodeManager.php, location_barcode_label.php</w:t>
            </w:r>
          </w:p>
        </w:tc>
      </w:tr>
      <w:tr>
        <w:trPr>
          <w:trHeight w:hRule="exact" w:val="72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File Attachment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แนบและเรีย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ดูไฟล์ที่อนุญาตในราย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ที่รองรับ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FileUploader.php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</w:tr>
      <w:tr>
        <w:trPr>
          <w:trHeight w:hRule="exact" w:val="704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Sales – Quotation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สร้าง/แก้ไข/อนุมัติใบเสนอราคา และแปลงเป็นใบสั่งขาย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app/order/, QuotationManager.php</w:t>
            </w:r>
          </w:p>
        </w:tc>
      </w:tr>
      <w:tr>
        <w:trPr>
          <w:trHeight w:hRule="exact" w:val="72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Sales – Sales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Order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สร้างใบสั่งขาย ยืนยัน และตัดสต๊อกตามสถานะ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OrderManager.php</w:t>
            </w:r>
          </w:p>
        </w:tc>
      </w:tr>
      <w:tr>
        <w:trPr>
          <w:trHeight w:hRule="exact" w:val="72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UN05.003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Invoice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ออกใบแจ้งหนี้จากใบสั่งขาย และบันทึก GL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app/revenue/, InvoiceManager.php</w:t>
            </w:r>
          </w:p>
        </w:tc>
      </w:tr>
      <w:tr>
        <w:trPr>
          <w:trHeight w:hRule="exact" w:val="72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Sales – Return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 Credit Note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รับคืนสินค้าและออกใบลดหนี้ พร้อมปรับสต๊อก/บัญชี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ReturnManager.php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UN06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2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References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72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Request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สร้างและอนุมัติใบ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app/po/, PurchaseRequestManager.php</w:t>
            </w:r>
          </w:p>
        </w:tc>
      </w:tr>
      <w:tr>
        <w:trPr>
          <w:trHeight w:hRule="exact" w:val="97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Order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แปลงใบขอซื้อเป็นใบสั่งซื้อ และติดตามสถานะ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PurchaseOrderManager.php</w:t>
            </w:r>
          </w:p>
        </w:tc>
      </w:tr>
      <w:tr>
        <w:trPr>
          <w:trHeight w:hRule="exact" w:val="99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UN06.003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Invoice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บันทึกใบแจ้งหนี้ซื้อ รับสินค้าเข้า และบันทึก GL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97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Supplier Return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คืนสินค้าผู้ขาย พร้อมปรับสต๊อก/บัญชี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SupplierReturnManager.php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 —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</w:tr>
      <w:tr>
        <w:trPr>
          <w:trHeight w:hRule="exact" w:val="99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Receipt Billing &amp; Receipt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วางบิลรับและบันทึ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ใบเสรจรับเงินผู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app/finance/, ReceiptBillingManager.php, ReceiptManager.php</w:t>
            </w:r>
          </w:p>
        </w:tc>
      </w:tr>
      <w:tr>
        <w:trPr>
          <w:trHeight w:hRule="exact" w:val="123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Payment Billing &amp; Payment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วางบิลจ่ายและบันทึ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ับใบแจ้งหนี้ซื้อ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PaymentBillingManager.php,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PaymentManager.php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UN08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</w:tr>
      <w:tr>
        <w:trPr>
          <w:trHeight w:hRule="exact" w:val="150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Chart of Accounts / Departments / Formulas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จัดการผังบัญชี แผนก และสูตรบัญชีอัตโนมัติ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app/accounting/, PostingManager.php</w:t>
            </w:r>
          </w:p>
        </w:tc>
      </w:tr>
      <w:tr>
        <w:trPr>
          <w:trHeight w:hRule="exact" w:val="97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Journal &amp; GL Posting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บันทึกสมุดรายวันและผ่านรายการ GL แบบสมดุลภายใน Transaction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app/journal/, PostingManager.php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UN09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Dashboard)</w:t>
            </w:r>
          </w:p>
        </w:tc>
      </w:tr>
      <w:tr>
        <w:trPr>
          <w:trHeight w:hRule="exact" w:val="97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Dashboard &amp; Aggregates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้าและบัญชีจา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ตารางสรุปยอด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app/dashboard/, app/ac_dashboard/, EtlStockManager.php</w:t>
            </w:r>
          </w:p>
        </w:tc>
      </w:tr>
      <w:tr>
        <w:trPr>
          <w:trHeight w:hRule="exact" w:val="974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Stock Reports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ภาพรวมสต๊อก, ความเคลื่อนไหว, ความจุ, สินค้าใกล้หมด, หมดอายุ, Lot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app/reports/, ReportManager.php</w:t>
            </w:r>
          </w:p>
        </w:tc>
      </w:tr>
      <w:tr>
        <w:trPr>
          <w:trHeight w:hRule="exact" w:val="97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Financial Reports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งบทดลอง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ำไร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าดทุน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VAT,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GL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2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References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72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Filter / Print / Export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กรอง ดู พิมพ์ และส่งออกรายงานตามขอบเขตสิทธิ์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app/reports/</w:t>
            </w:r>
          </w:p>
        </w:tc>
      </w:tr>
      <w:tr>
        <w:trPr>
          <w:trHeight w:hRule="exact" w:val="468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</w:tr>
      <w:tr>
        <w:trPr>
          <w:trHeight w:hRule="exact" w:val="972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Numbering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ออกเลขที่เอกสารตามลำดับที่กำหนด (document_number_sequences)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DocumentNumberManager.php</w:t>
            </w:r>
          </w:p>
        </w:tc>
      </w:tr>
      <w:tr>
        <w:trPr>
          <w:trHeight w:hRule="exact" w:val="124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Lifecycle &amp; Status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ควบคุมสถานะเอกสาร ปฏิเสธการเปลี่ยนสถานะที่ไม่ถูกต้อง พร้อม Confirm Dialog และข้อความข้อผิดพลาด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SR09:001,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BatchActionManager.php,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Manager classes</w:t>
            </w:r>
          </w:p>
        </w:tc>
      </w:tr>
      <w:tr>
        <w:trPr>
          <w:trHeight w:hRule="exact" w:val="97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Audit Fields &amp; History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บันทึกผู้สร้าง ผู้แก้ไข วันที่ และประวัติรายการ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td_* tables, td_bin_log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(Notification &amp; Scheduler)</w:t>
            </w:r>
          </w:p>
        </w:tc>
      </w:tr>
      <w:tr>
        <w:trPr>
          <w:trHeight w:hRule="exact" w:val="1244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Socket.IO Notification Server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รับเหตุการณ์จาก PHP ผ่าน Endpoint ที่ป้องกันด้วย Secret และส่งต่อไปยัง Browser ของผู้ใช้ที่เกี่ยวข้อง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08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nodejs/server.js</w:t>
            </w:r>
          </w:p>
        </w:tc>
      </w:tr>
      <w:tr>
        <w:trPr>
          <w:trHeight w:hRule="exact" w:val="97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Scheduler (ETL &amp; Alerts)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สรุปยอดสต๊อก/GL, แจ้งเตือนสินค้าใกล้หมดและใบแจ้งหนี้ค้างชำระ ตามกำหนดเวลา Asia/Bangkok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nodejs/scheduler.js, app/cron/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Tenant Scope)</w:t>
            </w:r>
          </w:p>
        </w:tc>
      </w:tr>
      <w:tr>
        <w:trPr>
          <w:trHeight w:hRule="exact" w:val="97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Tenant Scope Guard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Query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ลังที่ผู้ใช้ได้รับอนุญาต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StockTablesTrait.php, Manager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classes</w:t>
            </w:r>
          </w:p>
        </w:tc>
      </w:tr>
      <w:tr>
        <w:trPr>
          <w:trHeight w:hRule="exact" w:val="974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Server-side Validation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ตรวจสอบข้อมูลนำเข้า, Prepared Statements, Escape Output ป้องกัน SQLi/XSS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29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classes, app/assets/utils/</w:t>
            </w:r>
          </w:p>
        </w:tc>
      </w:tr>
      <w:tr>
        <w:trPr>
          <w:trHeight w:hRule="exact" w:val="1246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UN12.003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Operation Lock &amp; Usage Guard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ล็อกช่วงเวลาผ่านรายการ และจำกัดโควตารายการต่อบริษัท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OperationLockManager.php,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UsageGuard.php</w:t>
            </w:r>
          </w:p>
        </w:tc>
      </w:tr>
      <w:tr>
        <w:trPr>
          <w:trHeight w:hRule="exact" w:val="974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TLS &amp; Secret Configuration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 TLS, NODE_EMIT_SECRET และ Secrets ที่สร้างตอนติดตั้ง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docker/php/config.php.template, .env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UN13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Backup)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20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References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1244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setup.php Schema Installer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wms/wms2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ตารางทั้งหมดใน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08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SR08:005,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setup.php, docker/mariadb/init-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wms2.sql</w:t>
            </w:r>
          </w:p>
        </w:tc>
      </w:tr>
      <w:tr>
        <w:trPr>
          <w:trHeight w:hRule="exact" w:val="1228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Docker Compose Stack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Container php-apache, mariadb, node/pm2 พร้อม Entrypoint สร้าง config.php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docker-compose.yml, docker/</w:t>
            </w:r>
          </w:p>
        </w:tc>
      </w:tr>
      <w:tr>
        <w:trPr>
          <w:trHeight w:hRule="exact" w:val="722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 .env และความลับอัตโนมัติ ไม่เก็บใน Git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docker/init-env.sh, .env.example</w:t>
            </w:r>
          </w:p>
        </w:tc>
      </w:tr>
      <w:tr>
        <w:trPr>
          <w:trHeight w:hRule="exact" w:val="974"/>
        </w:trPr>
        <w:tc>
          <w:tcPr>
            <w:tcW w:type="dxa" w:w="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Backup &amp; Restore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สำรอง Git 2 Remote, mysqldump รายวัน, ขั้นตอนกู้คืน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 remote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