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Requirements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เพื่อแปลงความต้องการของลูกค้าที่ได้รับอนุมัติแล้วให้เป็นความต้องการเชิงเทคนิคของซอฟต์แวร์ ครอบคลุมมาตรฐาน โครงสร้าง ส่วนประกอบ ความสัมพันธ์ ประสิทธิภาพ ส่วนเชื่อมต่อ ความปลอดภัย ฐานข้อมูล และการจัดการข้อผิดพลาด เพื่อใช้เป็นเอกสารอ้างอิงหลักในการออกแบบระบบ พัฒนา 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(CEO)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ผู้ทดสอบระบบ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ความต้องการซอฟต์แวร์ (Software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 Standards of Software</w:t>
            </w:r>
          </w:p>
        </w:tc>
      </w:tr>
      <w:tr>
        <w:trPr>
          <w:trHeight w:hRule="exact" w:val="202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สารให้สอด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Basic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และแนวปฏิบัติ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Secure Coding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โนโลยี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(Socket.IO,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pm2)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</w:tr>
      <w:tr>
        <w:trPr>
          <w:trHeight w:hRule="exact" w:val="177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Manual (setup.php)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(php-apache, mariadb, node/pm2)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</w:tr>
      <w:tr>
        <w:trPr>
          <w:trHeight w:hRule="exact" w:val="71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(PASSWORD_BCRYPT)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ค่าตั้งค่าและความลับ (app/config.php, .env) ต้องถูกยกเว้นจาก Source Control และสร้างขึ้นตอนติดตั้ง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 Software Structure Considerations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แบบหลายหน้า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(Multi-page PHP)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ส่วนติดต่อผู้ใช้ต้องเป็น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/ Tablet / Mobile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ะทางธุร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ิจต้องจัดเป็น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Manager/Service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Page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ส่วนแสดงผล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46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ในหน้าเพจ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ระบบต้องติดตั้งเป็น Container Stack ผ่าน Docker Compose ได้ นอกเหนือจากการติดตั้งแบบ Manual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 Software Elements</w:t>
            </w:r>
          </w:p>
        </w:tc>
      </w:tr>
      <w:tr>
        <w:trPr>
          <w:trHeight w:hRule="exact" w:val="97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โมดูลผู้ใช้งานและสิทธิ์: ลงทะเบียน, Onboarding, เข้าสู่ระบบ, บทบาท Owner/Admin/Staff/Viewer, สิทธิ์แอปพลิเคชัน (app/login/, UserManager, PasswordManager, PasswordResetManager)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โมดูลตั้งค่าบริษัท: ข้อมูลบริษัท, SMTP, การตั้งค่าระบบ (app/setting/, CompanyProfileManager, CompanySettingManager, SmtpManager)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โมดูลข้อมูลหลัก: คลังสินค้า, พื้นที่/ช่องจัดเก็บ, หมวดสินค้า, สินค้า, ผู้ติดต่อ (app/inventory/, app/contact/, WarehouseManager, ProductManager, ContactManager)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</w:tr>
      <w:tr>
        <w:trPr>
          <w:trHeight w:hRule="exact" w:val="124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โมดูลควบคุมสินค้าคงคลัง: รับเข้า, จ่ายออก, โอนย้าย, Lot/Serial/Expiry, บาร์โค้ด, แนบไฟล์ (app/ics/, StockManager, StockSourceManager, BarcodeManager, FileUploader)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(app/order/,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QuotationManager, OrderManager, InvoiceManager,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</w:tr>
      <w:tr>
        <w:trPr>
          <w:trHeight w:hRule="exact" w:val="97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โมดูลจัดซื้อ: ใบขอซื้อ, ใบสั่งซื้อ, ใบแจ้งหนี้ซื้อ, ใบคืนสินค้าผู้ขาย (app/po/, PurchaseRequestManager, PurchaseOrderManager, SupplierReturnManager)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SR03:007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(app/finance/,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ReceiptBillingManager, ReceiptManager, PaymentBillingManager,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PaymentManager)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SR03:008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โมดูลบัญชี: ผังบัญชี, แผนก, สูตรบัญชี, สมุดรายวัน, บัญชีแยกประเภท (app/accounting/, app/journal/, PostingManager)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โมดูลรายงานและแดชบอร์ด: รายงานสต๊อก, รายงานการเงิน, แดชบอร์ด (app/reports/, app/dashboard/, app/ac_dashboard/, ReportManager, EtlStockManager)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SR03:010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โมดูลควบคุมเอกสาร: ออกเลขที่เอกสาร, วงจรชีวิต/สถานะ, ประวัติรายการ (DocumentNumberManager, BatchActionManager)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(nodejs/server.js, nodejs/scheduler.js, app/cron/)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 Software Elements Relationship</w:t>
            </w:r>
          </w:p>
        </w:tc>
      </w:tr>
      <w:tr>
        <w:trPr>
          <w:trHeight w:hRule="exact" w:val="123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ารยืนยันตัวตนและ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องโมดูลผู้ใช้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งานเท่านั้น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โมดูลขาย จัดซื้อ และการเงิน ต้องบันทึกผลกระทบต่อสต๊อกและ GL ผ่านโมดูลคลังสินค้าและบัญชี ไม่ทำซ้ำตรรกะ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โมดูลรายงานต้องอ่าน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ับใช้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ต้องรับเหตุ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Secret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เท่านั้น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โมดูลที่สร้างเอ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สารเพื่อออ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 Performance Characteristics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ต้องเสร็จภายในเวลาที่ใช้งานได้จริงบน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</w:tr>
      <w:tr>
        <w:trPr>
          <w:trHeight w:hRule="exact" w:val="97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ยอดสรุปสต๊อก/GL/แดชบอร์ดต้องคำนวณล่วงหน้าตามกำหนดเวลา (etl_stock_summary, etl_gl_summary)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ันตามที่ต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งานจริง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 Health Check ทุก 5 นาที และแจ้งเตือนผู้ดูแลเมื่อล้มเหลวติดต่อกัน 2 ครั้ง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 Software Interfaces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 PHP ต้องเชื่อมต่อฐานข้อมูล MariaDB 2 ฐาน: wms (ผู้ใช้/บริษัท) และ wms2 (คลัง/บัญชี)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</w:tr>
      <w:tr>
        <w:trPr>
          <w:trHeight w:hRule="exact" w:val="45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Chrome, Edge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Firefox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รุ่นปัจจุบัน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</w:tr>
      <w:tr>
        <w:trPr>
          <w:trHeight w:hRule="exact" w:val="46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Mobile/Tablet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UI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</w:tr>
      <w:tr>
        <w:trPr>
          <w:trHeight w:hRule="exact" w:val="70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 PHP ต้องส่งเหตุการณ์ไป Node.js ผ่าน HTTP Endpoint ภายใน (NODE_EMIT_URL + NODE_EMIT_SECRET) และส่งอีเมลผ่าน SMTP ต่อบริษัท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(NODE_PUBLIC_URL)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 Security Characteristics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ที่ใช้งานอยู่เพียงหนึ่งต่อบัญชี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Concurrent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ทั้งด้านรับ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แสดงผล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RBAC (Owner/Admin/Staff/Viewer) ต้องบังคับใช้ที่ฝั่งเซิร์ฟเวอร์ ไม่ใช่เพียงการซ่อนเมนู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 Database Design Requirements</w:t>
            </w:r>
          </w:p>
        </w:tc>
      </w:tr>
      <w:tr>
        <w:trPr>
          <w:trHeight w:hRule="exact" w:val="99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wms: user, company_list, company_map_user,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company_setting, company_smtp, company_usage, whitelist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</w:tr>
      <w:tr>
        <w:trPr>
          <w:trHeight w:hRule="exact" w:val="150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ตารางข้อมูลหลัก (wms2): md_warehouse, md_storage, md_bin, md_product, md_product_category, md_contact, md_contact_type, md_account, md_account_formula, md_account_formula_item, md_department, md_barcode, md_sku_barcode_label, md_lot, md_lock_operation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150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ตารางรายการ (td_*): td_stock, td_order/_item, td_quotation/_item, td_invoice/_item, td_return/_item, td_purchase_request/_item, td_purchase_order/_item, td_supplier_return/_item, td_receipt/_item, td_receipt_billing/_item, td_payment/_item, td_payment_billing/_item, td_gl/td_gl_item, td_batch_action, td_bin_log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etl_stock_summary, etl_gl_summary,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document_number_sequences, document_types, schema_migrations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ตารางทั้งหมดต้องสร้างซ้ำได้ในสภาพแวดล้อมใหม่ผ่าน setup.php โดยไม่ต้องแก้ Schema ด้วยมือ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</w:tr>
      <w:tr>
        <w:trPr>
          <w:trHeight w:hRule="exact" w:val="448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 Error Handling and Recovery Attributes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การลบ ยกเลิก หรือ Void เอกสารควบคุมต้องมี Confirm Dialog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้อผิดพลาดต้องแสดง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ันยอดติดลบ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ซ้ำ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86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ช่อง Remark แสดงรหัสความต้องการของลูกค้า (Customer Requirements) ที่เป็นที่มาของความต้องการซอฟต์แวร์แต่ละรายการ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ความต้องการซอฟต์แวร์ที่ไม่มีที่มาจากความต้องการของลูกค้าต้องผ่าน Change Report ก่อนถือเป็นข้อผูกพัน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