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Configuration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บันทึกการกำหนดค่าและความเปลี่ยนแปลงต่าง ๆ ที่เกิดขึ้นของระบบ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รายการสิ่งส่งมอบ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Work Product</w:t>
            </w:r>
          </w:p>
        </w:tc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Version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เอกสารส่งมอบครั้งที่ 1 (วางแผนโครงการ)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Project Plan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Schedule)</w:t>
            </w:r>
          </w:p>
        </w:tc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Customer Requirements</w:t>
            </w:r>
          </w:p>
        </w:tc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เอกสารส่งมอบครั้งที่ 2 (พัฒนาและทดสอบ)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Requirements Specification</w:t>
            </w:r>
          </w:p>
        </w:tc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Design</w:t>
            </w:r>
          </w:p>
        </w:tc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Change Report</w:t>
            </w:r>
          </w:p>
        </w:tc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Test Case and Test Procedures</w:t>
            </w:r>
          </w:p>
        </w:tc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Validation Results</w:t>
            </w:r>
          </w:p>
        </w:tc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User Document</w:t>
            </w:r>
          </w:p>
        </w:tc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9.0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 BRN WMS ที่ผ่านการทดสอบ (Git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เอกสารส่งมอบครั้งที่ 3 (ส่งมอบและปิดโครงการ)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Product Operation Guide</w:t>
            </w:r>
          </w:p>
        </w:tc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Maintenance Document</w:t>
            </w:r>
          </w:p>
        </w:tc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—</w:t>
            </w:r>
          </w:p>
        </w:tc>
        <w:tc>
          <w:tcPr>
            <w:tcW w:type="dxa" w:w="7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Acceptance Report</w:t>
            </w:r>
          </w:p>
        </w:tc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 Configuration Item ของซอฟต์แวร์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6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ุมเวอร์ชัน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แอปพลิเคชัน PHP</w:t>
            </w:r>
          </w:p>
        </w:tc>
        <w:tc>
          <w:tcPr>
            <w:tcW w:type="dxa" w:w="26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app/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บน branch main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แจ้งเตือนและ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26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nodejs/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package.json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package-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lock.json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ริปต์ติดตั้งฐาน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26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4" w:right="576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setup.php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docker/mariadb/init-wms2.sql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Git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Docker Compose</w:t>
            </w:r>
          </w:p>
        </w:tc>
        <w:tc>
          <w:tcPr>
            <w:tcW w:type="dxa" w:w="26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576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docker-compose.yml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.env.example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Git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ไม่รวม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แวดล้อม</w:t>
            </w:r>
          </w:p>
        </w:tc>
        <w:tc>
          <w:tcPr>
            <w:tcW w:type="dxa" w:w="26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432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app/config.php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 บนเครื่องที่ติดตั้ง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ไม่ควบคุมใน Git สร้างขึ้นตอนติดตั้งด้วย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docker/init-env.sh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Products</w:t>
            </w:r>
          </w:p>
        </w:tc>
        <w:tc>
          <w:tcPr>
            <w:tcW w:type="dxa" w:w="26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sdlc/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(Markdown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ต้นฉบับ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2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(PDF)</w:t>
            </w:r>
          </w:p>
        </w:tc>
        <w:tc>
          <w:tcPr>
            <w:tcW w:type="dxa" w:w="26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sdlc-delivery/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สร้างจาก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sdlc/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ด้วย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scripts/build-sdlc-delivery.sh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การควบคุมเวอร์ชันและการเข้าถึง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(origin)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18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git@188.166.228.62:nok/wms-app.git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(backup)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git@github.com:thanakorninbox-dev/wms-app.git</w:t>
            </w:r>
          </w:p>
        </w:tc>
      </w:tr>
      <w:tr>
        <w:trPr>
          <w:trHeight w:hRule="exact" w:val="466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Branch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main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 เป็น Baseline ที่ควบคุม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Baseline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องระบบที่ส่งมอบ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ยืนยันตัวตนด้วย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SSH Key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องสมาชิ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การเชื่อมโยงกับการเปลี่ยนแปลง</w:t>
      </w:r>
    </w:p>
    <w:p>
      <w:pPr>
        <w:autoSpaceDN w:val="0"/>
        <w:autoSpaceDE w:val="0"/>
        <w:widowControl/>
        <w:spacing w:line="308" w:lineRule="exact" w:before="124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การเปลี่ยนแปลง Configuration Item ต้องพิจารณาตามเกณฑ์ใน Change Report และการแก้ไขข้อบกพร่องต้องบันทึกใน Correction Register (ISS-001–ISS-028) โดยทุกรายการเชื่อมโยงกับ Commit ที่ตรวจสอบได้ใน Repository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SC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configuratio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