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31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Statement of Work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25690105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ตงานและหนังสือเชิญประชุมเปิดโ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31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44" w:right="129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มกราคม 2569 – 24 สิงหาคม 2569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46" w:lineRule="exact" w:before="4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วันที่ 5 มกราคม 2569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เรื่อง: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ขอบเขตงานโครงการพัฒนาระบบบริหารจัดการคลังสินค้า และนัดประชุมเปิดโครงการ</w:t>
      </w:r>
    </w:p>
    <w:p>
      <w:pPr>
        <w:autoSpaceDN w:val="0"/>
        <w:autoSpaceDE w:val="0"/>
        <w:widowControl/>
        <w:spacing w:line="244" w:lineRule="exact" w:before="2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เรียน: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ผู้บริหาร หัวหน้าฝ่าย และผู้เกี่ยวข้องทุกฝ่าย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ตามที่ บริษัท บี.อาร์.เอ็น เอ็นเตอร์ไพรส์ จำกัด ได้ใช้การบันทึกข้อมูลคลังสินค้าด้วยกระบวนการที่กระจายอยู่หลายระบบและบางส่วนยังใช้เอกสารกระดาษ ซึ่งปัจจุบันพบว่ามีข้อจำกัดด้านความถูกต้องของยอดสินค้าคงคลัง ความรวดเร็วในการตรวจสอบ และการเชื่อมโยงกับงานขาย งานจัดซื้อ และงานบัญชี ผู้บริหารจึงเล็งเห็นความจำเป็นในการพัฒนาระบบบริหารจัดการคลังสินค้า (Warehouse Management System) ขึ้นใหม่ เพื่อให้การปฏิบัติงานมีความถูกต้อง ตรวจสอบย้อนกลับได้ และรองรับการเติบโตของธุรกิจ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ดังนั้น จึงขอนัดประชุมเพื่อหารือร่วมกันระหว่างทุกฝ่ายที่เกี่ยวข้อง 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รับฟังข้อเสนอแนะจากฝ่ายคลังสินค้า ฝ่ายขาย ฝ่ายจัดซื้อ และฝ่ายบัญชี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กำหนดแนวทางและกรอบความต้องการของระบบ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วางแผนดำเนินการพัฒนาและกำหนดผู้รับผิดชอบ</w:t>
      </w:r>
    </w:p>
    <w:p>
      <w:pPr>
        <w:autoSpaceDN w:val="0"/>
        <w:autoSpaceDE w:val="0"/>
        <w:widowControl/>
        <w:spacing w:line="266" w:lineRule="exact" w:before="38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รายละเอียดการประชุม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 เวลา: 5 มกราคม 2569 เวลา 09.00 – 11.00 น.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สถานที่: ห้องประชุม บริษัท บี.อาร์.เอ็น เอ็นเตอร์ไพรส์ จำกัด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ผู้เข้าร่วม: ผู้บริหาร / ผู้จัดการ / หัวหน้าฝ่ายที่เกี่ยวข้อง และทีมพัฒนาระบบ</w:t>
      </w:r>
    </w:p>
    <w:p>
      <w:pPr>
        <w:autoSpaceDN w:val="0"/>
        <w:autoSpaceDE w:val="0"/>
        <w:widowControl/>
        <w:spacing w:line="268" w:lineRule="exact" w:before="396" w:after="12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วัตถุประสงค์ของโครงการ</w:t>
      </w:r>
    </w:p>
    <w:p>
      <w:pPr>
        <w:autoSpaceDN w:val="0"/>
        <w:autoSpaceDE w:val="0"/>
        <w:widowControl/>
        <w:spacing w:line="244" w:lineRule="exact" w:before="6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พัฒนาระบบบริหารจัดการคลังสินค้าแบบ Web-based รองรับหลายบริษัทและหลายคลังสินค้า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รองรับการรับเข้า จ่ายออก โอนย้าย ตรวจนับ พร้อมติดตาม Lot, Serial Number และวันหมดอายุ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ลดข้อผิดพลาดจากการทำงานด้วยมือ และเพิ่มความสามารถในการตรวจสอบย้อนกลับ</w:t>
      </w:r>
    </w:p>
    <w:p>
      <w:pPr>
        <w:sectPr>
          <w:headerReference w:type="default" r:id="rId16"/>
          <w:footerReference w:type="default" r:id="rId17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รองรับงานขาย งานจัดซื้อ งานการเงิน และการบันทึกบัญชีที่เกี่ยวข้อง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ควบคุมความปลอดภัย การแยกข้อมูลระหว่างบริษัท สิทธิ์การใช้งาน และการแจ้งเตือนแบบ Real-time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ขอบเขตงาน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98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ระบบบริหารจัดการผู้ใช้งานและสิทธิ์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ระบบข้อมูลหลัก (Master Data)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คลังสินค้า, พื้นที่จัดเก็บ, ช่องจัดเก็บ (Bin) / หมวดสินค้าและสินค้า / ประเภทผู้ติดต่อและผู้ติดต่อ (ลูกค้า/ผู้ขาย) / รองรับโครงสร้างคลังแบบชั้นเดียวและแบบหลายชั้น</w:t>
            </w:r>
          </w:p>
        </w:tc>
      </w:tr>
      <w:tr>
        <w:trPr>
          <w:trHeight w:hRule="exact" w:val="124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ระบบควบคุมสินค้าคงคลัง (Inventory Control)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ใบเสนอราคา (Quotation) / ใบสั่งขาย (Sales Order) / ใบแจ้งหนี้ (Invoice) / ใบรับคืน / ใบลดหนี้ (Return / Credit Note)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ระบบจัดซื้อ (Purchasing)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Invoice)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ระบบการเงิน (Finance)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ระบบบัญชี (Accounting)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สมุดรายวันและบัญชีแย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(Journal / GL)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รายงานงบทดลอง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ำไร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าดทุน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ภาษีมูล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่าเพิ่ม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ระบบแจ้งเตือนและงานตามกำหนดเวลา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setup.php / ติดตั้งแบบ Container ผ่าน Docker Compose (php-apache, mariadb, node/pm2) / สร้างค่าตั้งค่าและความลับของระบบจาก .env โดยไม่เก็บใน Source Control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Project Plan (พร้อม Work Schedule)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Specification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ารทดสอบพร้อมนำไปใช้งานจริง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ข้อยกเว้นและข้อสมมติ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ไม่รวมการจัดหาเครื่องแม่ข่าย อุปกรณ์เครือข่าย เครื่องอ่านบาร์โค้ด หรือบริการภายนอก เว้นแต่ได้รับอนุมัติแยกต่างหาก</w:t>
      </w:r>
    </w:p>
    <w:p>
      <w:pPr>
        <w:autoSpaceDN w:val="0"/>
        <w:autoSpaceDE w:val="0"/>
        <w:widowControl/>
        <w:spacing w:line="246" w:lineRule="exact" w:before="70" w:after="0"/>
        <w:ind w:left="65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หา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การย้ายข้อมูลจากระบบเดิม การเชื่อมต่อ ERP หรือบริการภายนอก ต้องผ่านกระบวนการ Change Request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ผู้มีส่วนได้ส่วนเสียต้องให้ข้อมูล ตรวจสอบเอกสาร และร่วมทดสอบตามกำหนดเวลา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แผนงานและหลักไมล์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ช่วงงาน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</w:p>
        </w:tc>
      </w:tr>
      <w:tr>
        <w:trPr>
          <w:trHeight w:hRule="exact" w:val="466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เริ่มต้นและวางแผนโ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พัฒนาและทดสอบภายใน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4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ทดสอบ จัดทำเอกสาร และส่งมอบ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วันสิ้นสุดโ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เกณฑ์การตรวจรับ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ฟังก์ชันในขอบเขตผ่าน Test Case และเชื่อมโยงกับความต้องการใน Traceability Record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ไม่มีข้อบกพร่องระดับวิกฤตที่ขัดขวางการใช้งานคงค้าง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มีคู่มือติดตั้ง คู่มือผู้ใช้ คู่มือผู้ดูแลระบบ และคู่มือบำรุงรักษาครบถ้วน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 (Verification) การทดสอบการยอมรับ (Validation) และการตรวจรับได้รับการลงนามโดยผู้มีอำนาจ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การควบคุมการเปลี่ยนแปลง</w:t>
      </w:r>
    </w:p>
    <w:p>
      <w:pPr>
        <w:autoSpaceDN w:val="0"/>
        <w:autoSpaceDE w:val="0"/>
        <w:widowControl/>
        <w:spacing w:line="300" w:lineRule="exact" w:before="130" w:after="0"/>
        <w:ind w:left="256" w:right="876" w:firstLine="0"/>
        <w:jc w:val="both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การเปลี่ยนแปลงขอบเขต กำหนดเวลา หรือสิ่งส่งมอบ ต้องบันทึกใน Change Report ประเมินผลกระทบ และได้รับอนุมัติก่อนดำเนินการ ส่วนการแก้ไขข้อบกพร่องต้องบันทึกใน Correction Register และเชื่อมโยงกับหลักฐานการทดสอบที่เกี่ยวข้อง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จึงเรียนมาเพื่อโปรดพิจารณาและเข้าร่วมประชุมโดยพร้อมเพรียงกัน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SoW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tement-of-wo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