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SR08:001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ระบบต้องยืนยันตัวตนผู้ใช้และบัง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ับสิทธิ์ตามบทบาท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Owner, Admin,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Viewer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SR07:003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SR03:002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0" w:right="68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UN02.002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470" w:right="4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TC-UN02.001, TC-UN02.002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76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SR03:003, SR08:002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0" w:right="68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UN03.003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470" w:right="4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TC-UN03.002, TC-UN03.003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ลังเดียวและแบบหลายชั้น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พื้นที่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SR09:003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SR03:005, SR04:002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0" w:right="68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UN05.003, UN05.004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470" w:right="4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TC-UN05.002, TC-UN05.003, TC-UN05.004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SR03:006, SR04:002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0" w:right="68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UN06.003, UN06.004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470" w:right="4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TC-UN06.002, TC-UN06.003, TC-UN06.004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SR03:007, SR04:002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UN07.001, UN07.002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TC-UN07.001, TC-UN07.002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UN08.001, UN08.002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TC-UN08.001, TC-UN08.002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UN10.001, UN10.002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TC-UN10.001, TC-UN10.002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SR03:010, SR09:001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UN09.001, UN11.002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TC-UN09.001, TC-UN11.002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ลงสำหรับสภาพแวดล้อมใช้งานจริง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SR04:004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SR03:002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Integrity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ำหนดบทบาทผู้ใช้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UN13.003, UN12.004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TC-UN13.003, TC-UN12.004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และฝั่งเซิร์ฟเวอร์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UN13.001, UN13.002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TC-UN13.002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SR06:003, SR02:002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7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พร้อมแจ้งเตือนเมื่อ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(การเฝ้าระวังระบบ)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118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SR02:003, SR02:004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Software Components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97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Register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้อมูลต้องสะท้อนใน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และตาราง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schema_migrations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SR08:005, SR08:004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SR01:003, SR08:005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UN13.001, UN13.002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TC-UN13.002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(ขั้นตอนติดตั้ง)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6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User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Document (WP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8.0)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(WP 10.0)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Training Report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 (SLA)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Repository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Basic Profile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List of Evidence, Verification Results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611"/>
        <w:gridCol w:w="1425"/>
        <w:gridCol w:w="1811"/>
        <w:gridCol w:w="1179"/>
        <w:gridCol w:w="984"/>
        <w:gridCol w:w="684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+ GL)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Transaction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Traceability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Record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้าบนสภาพแวดล้อมใช้งานจริง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Report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UN12.001, UN12.002</w:t>
            </w:r>
          </w:p>
        </w:tc>
        <w:tc>
          <w:tcPr>
            <w:tcW w:type="dxa" w:w="1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TC-UN12.001, TC-UN12.002</w:t>
            </w:r>
          </w:p>
        </w:tc>
        <w:tc>
          <w:tcPr>
            <w:tcW w:type="dxa" w:w="11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Report, Correction Register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605"/>
        <w:gridCol w:w="2532"/>
      </w:tblGrid>
      <w:tr>
        <w:trPr>
          <w:trHeight w:hRule="exact" w:val="434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้าทั้งหมด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36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34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50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Unit)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</w:tr>
      <w:tr>
        <w:trPr>
          <w:trHeight w:hRule="exact" w:val="436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สารผ่าน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605"/>
        <w:gridCol w:w="2532"/>
      </w:tblGrid>
      <w:tr>
        <w:trPr>
          <w:trHeight w:hRule="exact" w:val="448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126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ารยอมรับผ่าน</w:t>
            </w:r>
          </w:p>
        </w:tc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