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Stakeholder Register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5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25690116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รายชื่อผู้มีส่วนได้ส่วนเสีย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(Stakeholder Register)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1390"/>
        <w:gridCol w:w="699"/>
        <w:gridCol w:w="1690"/>
        <w:gridCol w:w="3172"/>
        <w:gridCol w:w="1465"/>
      </w:tblGrid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(Role)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(Responsibility)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ระดับการมีส่วนร่วม (Engagement)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อนุมัติขอบเขต งบประมาณ และการเปลี่ยนแปลง ตรวจรับส่งมอบ และอนุมัติปิดโครงการ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 (Approve),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(Inform)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วางแผนและควบคุมโครงการ ติดตามความก้าวหน้า บริหารความเสี่ยงและการเปลี่ยนแปลง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 (Accountable),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 (Responsible)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เก็บและวิเคราะห์ความต้องการ ออกแบบระบบและฐานข้อมูล จัดทำเอกสาร SRS และ Design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พัฒนาระบบตามการออกแบบ ดูแลความปลอดภัย การติดตั้ง และการสำรองข้อมูล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จัดทำและดำเนินการทดสอบ ตรวจสอบ Work Products และติดตามการแก้ไขข้อบกพร่อง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 (Responsible),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ควบคุมรหัสเอกสาร เวอร์ชัน การอนุมัติ การจัดเก็บ และหลักฐานของโครงการ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 (Responsible)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หัวหน้าฝ่ายคลังสินค้าและพนักงานคลัง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 (Consult), 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(Review)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จัดซื้อ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เงิน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93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1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ผู้ดูแลระบบ (System Administrator)</w:t>
            </w:r>
          </w:p>
        </w:tc>
        <w:tc>
          <w:tcPr>
            <w:tcW w:type="dxa" w:w="6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—</w:t>
            </w:r>
          </w:p>
        </w:tc>
        <w:tc>
          <w:tcPr>
            <w:tcW w:type="dxa" w:w="1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ผู้สนับสนุน</w:t>
            </w:r>
          </w:p>
        </w:tc>
        <w:tc>
          <w:tcPr>
            <w:tcW w:type="dxa" w:w="31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1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 (Consult), 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(Inform)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หมายเหตุ: รหัสระดับการมีส่วนร่วม (Engagement Level) ได้แก่ A: Approve, R: Responsible, C: Consult, I: Inform ตามแนวทาง RACI Matrix เพื่อระบุระดับการมีส่วนร่วมในแต่ละบทบาท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ช่องทางการสื่อสาร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5"/>
        <w:gridCol w:w="3257"/>
        <w:gridCol w:w="1808"/>
        <w:gridCol w:w="1120"/>
        <w:gridCol w:w="2231"/>
      </w:tblGrid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2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</w:p>
        </w:tc>
        <w:tc>
          <w:tcPr>
            <w:tcW w:type="dxa" w:w="1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วามถี่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  <w:tc>
          <w:tcPr>
            <w:tcW w:type="dxa" w:w="22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2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(Progress Status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Record)</w:t>
            </w:r>
          </w:p>
        </w:tc>
        <w:tc>
          <w:tcPr>
            <w:tcW w:type="dxa" w:w="1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งวดรายงาน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Sponsor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2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ประชุมติดตามโ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(Minutes of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Meeting)</w:t>
            </w:r>
          </w:p>
        </w:tc>
        <w:tc>
          <w:tcPr>
            <w:tcW w:type="dxa" w:w="1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ตามจุดตรวจสอบที่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ำหนดในแผนงาน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้องทั้งหมด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2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</w:p>
        </w:tc>
        <w:tc>
          <w:tcPr>
            <w:tcW w:type="dxa" w:w="1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 / ThS</w:t>
            </w:r>
          </w:p>
        </w:tc>
        <w:tc>
          <w:tcPr>
            <w:tcW w:type="dxa" w:w="22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ApS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และผู้รับผิดชอบที่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</w:tr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25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(Change Report)</w:t>
            </w:r>
          </w:p>
        </w:tc>
        <w:tc>
          <w:tcPr>
            <w:tcW w:type="dxa" w:w="18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เมื่อมี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22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SeV (Project Sponsor)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takeholder-register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