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156"/>
        <w:gridCol w:w="5915"/>
      </w:tblGrid>
      <w:tr>
        <w:trPr>
          <w:trHeight w:hRule="exact" w:val="436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สภาพแวดล้อมที่ใช้ทดสอบ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ผู้ทดสอบ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34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ช่วงเวลาทดสอบ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36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ียงที่สุด</w:t>
            </w:r>
          </w:p>
        </w:tc>
        <w:tc>
          <w:tcPr>
            <w:tcW w:type="dxa" w:w="59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2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Feature &amp; Functional Characteristics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ับสิทธิ์ตาม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Viewer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67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8" w:right="2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TC-UN01.004,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TC-UN02.001,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TC-UN03.002,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CR01:006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TC-UN03.004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CR01:007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CR01:008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(Stock-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จ่าย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CR01:009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ปลายทาง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CR01:010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3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2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TC-UN05.003,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TC-UN05.004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7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2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TC-UN06.003,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TC-UN06.004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TC-UN07.001,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TC-UN07.002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CR01:016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TC-UN08.001,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TC-UN08.002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CR01:017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CR01:018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TC-UN10.001,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CR01:019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TC-UN04.006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CR01:020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้องเมื่อสถานะ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4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CR01:024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เฉพาะผู้ใช้ที่ได้รับอนุญาตในบริบทปัจจุบัน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ิจจริงบนระบบ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Performance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ระบบต้องตอบสนองงานประจำวัน (เปิดหน้าจอ, ค้นหา, สร้างเอกสาร) ภายในเวลาที่ใช้งานได้จริงบนสภาพแวดล้อมที่ตกลง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8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เพื่อ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TC-UN09.001,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ลงสำหรับสภาพแวดล้อมใช้งานจริง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ใช้งานประจำวันบนสภาพ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แวดล้อมจริงและสังเ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ตอบสนอง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TC-UN09.001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Interface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CR03:005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TC-UN02.002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Required System Characteristics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based Application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Human Engineering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องผู้ใช้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CR05:005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ในรูปแบบที่ใช้งานได้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ทดลองใช้งานบน Desktop และ Tablet/Mobile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TC-UN04.005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Security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HTTPS/TLS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ค่าตั้งค่าและความลับของระบบต้องไม่ถูกเก็บใน Source Control และไม่เข้าถึงได้จากเว็บสาธารณะ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93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Cross-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Site Scripting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CR06:006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Environmental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ในรูปแบบ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8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 Browser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้อมูลใช้งานจริงได้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Operational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(การเฝ้าระวังระบบ)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ระบบต้องรองรับหลายบริษัท (Multi-company) และหลายคลังสินค้าภายใต้การแยกข้อมูล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TC-UN12.001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CR08:005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ำหนดเวลาต้องทำงานสำเร็จโดยไม่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ินสิทธิ์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TC-UN11.002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Maintenance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142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Design (Software Unit), Software Components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2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7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แล้ว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Document, Correction Register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Installation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69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(docker/init-env.sh)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68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Support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(WP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8.0)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7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 Operation Guide (WP 10.0)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่อนเปิดใช้งานจริง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33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แผนการอบรมก่อนเปิดใช้งาน (Task 5.2)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ต้องมีช่องทางสนับสนุนและระดับการให้บริการ (SLA) หลังส่งมอบ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Maintenance Document (SLA)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Design Constraints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2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TC-UN13.001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118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Configuration, Project Repository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วามธรรมดา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TC-UN01.003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ISO/IEC 29110 Basic Profile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รอบที่ 1–3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Safety and Reliability Considerations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TC-UN08.002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ลื่อนไหวซ้ำซ้อน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TC-UN04.002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TC-UN13.004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Fatal Error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ทดลองทำราย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ารที่ล้มเหลว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TC-UN10.002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436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Quality Expectations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CR14:001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่อนส่งมอบ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Report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CR14:002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8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Traceability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Record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  <w:tr>
        <w:trPr>
          <w:trHeight w:hRule="exact" w:val="930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CR14:003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ผลการทดสอบการยอมรับในเอกสารฉบับนี้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985"/>
        <w:gridCol w:w="3180"/>
        <w:gridCol w:w="1982"/>
        <w:gridCol w:w="1375"/>
        <w:gridCol w:w="820"/>
        <w:gridCol w:w="730"/>
      </w:tblGrid>
      <w:tr>
        <w:trPr>
          <w:trHeight w:hRule="exact" w:val="448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 ID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Status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Tester</w:t>
            </w:r>
          </w:p>
        </w:tc>
      </w:tr>
      <w:tr>
        <w:trPr>
          <w:trHeight w:hRule="exact" w:val="1424"/>
        </w:trPr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CR14:004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9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1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TC-UN12.001, TC-UN12.002 / Test Report, Correction Register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740"/>
        <w:gridCol w:w="1410"/>
        <w:gridCol w:w="1410"/>
        <w:gridCol w:w="1512"/>
      </w:tblGrid>
      <w:tr>
        <w:trPr>
          <w:trHeight w:hRule="exact" w:val="452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32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34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33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</w:tr>
      <w:tr>
        <w:trPr>
          <w:trHeight w:hRule="exact" w:val="434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CR01 Feature &amp; Functional Characteristics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CR02 Performance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CR03 Interface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CR04 Required System Characteristics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CR05 Human Engineering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CR06 Security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CR07 Environmental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CR08 Operational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CR09 Maintenance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CR10 Installation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4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CR11 Support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CR12 Design Constraints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CR13 Safety and Reliability Considerations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7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CR14 Quality Expectations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028"/>
        <w:gridCol w:w="2043"/>
      </w:tblGrid>
      <w:tr>
        <w:trPr>
          <w:trHeight w:hRule="exact" w:val="450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14</w:t>
            </w:r>
          </w:p>
        </w:tc>
      </w:tr>
      <w:tr>
        <w:trPr>
          <w:trHeight w:hRule="exact" w:val="450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ารที่ทดสอบทั้งหมด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34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70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20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8" w:lineRule="exact" w:before="366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24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