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25690529 V0.2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2 (29 พฤษภาคม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2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808"/>
        <w:gridCol w:w="6263"/>
      </w:tblGrid>
      <w:tr>
        <w:trPr>
          <w:trHeight w:hRule="exact" w:val="434"/>
        </w:trPr>
        <w:tc>
          <w:tcPr>
            <w:tcW w:type="dxa" w:w="2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6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Requirements</w:t>
            </w:r>
          </w:p>
        </w:tc>
      </w:tr>
      <w:tr>
        <w:trPr>
          <w:trHeight w:hRule="exact" w:val="436"/>
        </w:trPr>
        <w:tc>
          <w:tcPr>
            <w:tcW w:type="dxa" w:w="2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6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2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6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296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732"/>
        <w:gridCol w:w="1800"/>
        <w:gridCol w:w="820"/>
        <w:gridCol w:w="790"/>
        <w:gridCol w:w="1645"/>
      </w:tblGrid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432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 Software Requirements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VR02.030.001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VR02.030.002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9 หมวด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VR02.030.003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มีรายการครบ 49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VR02.030.004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VR02.030.005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VR02.030.006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 Software Design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VR02.040.001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6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VR02.040.002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7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VR02.040.003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มีผังหน้า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จอที่จะใช้ในระบบ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4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VR02.040.004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VR02.040.005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VR02.040.006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VR02.040.007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VR02.040.008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732"/>
        <w:gridCol w:w="1800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 Change Report</w:t>
            </w:r>
          </w:p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VR02.050.001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VR02.050.002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VR02.050.003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รายการปรับปรุงที่เสนอได้รับการพิจารณาตามเกณฑ์และบันทึกผลครบทุกรายการ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VR02.050.004</w:t>
            </w:r>
          </w:p>
        </w:tc>
        <w:tc>
          <w:tcPr>
            <w:tcW w:type="dxa" w:w="27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887"/>
        <w:gridCol w:w="2184"/>
      </w:tblGrid>
      <w:tr>
        <w:trPr>
          <w:trHeight w:hRule="exact" w:val="436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</w:t>
            </w:r>
          </w:p>
        </w:tc>
      </w:tr>
      <w:tr>
        <w:trPr>
          <w:trHeight w:hRule="exact" w:val="434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