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41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7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ารทดสอบระบบ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เพื่อยืนยันว่าระบบบริหารจัดการคลังสินค้าทำงานถูกต้อง ครอบคลุม Customer Requirements และ Software Requirements ตามที่กำหนดไว้ และดำเนินการทดสอบตรงตามระยะเวลาใน Project Plan</w:t>
      </w:r>
    </w:p>
    <w:p>
      <w:pPr>
        <w:autoSpaceDN w:val="0"/>
        <w:autoSpaceDE w:val="0"/>
        <w:widowControl/>
        <w:spacing w:line="268" w:lineRule="exact" w:before="39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ขอบเขตการทดสอบ (Scope)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60"/>
        <w:gridCol w:w="1748"/>
        <w:gridCol w:w="12629"/>
      </w:tblGrid>
      <w:tr>
        <w:trPr>
          <w:trHeight w:hRule="exact" w:val="450"/>
        </w:trPr>
        <w:tc>
          <w:tcPr>
            <w:tcW w:type="dxa" w:w="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2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4"/>
        </w:trPr>
        <w:tc>
          <w:tcPr>
            <w:tcW w:type="dxa" w:w="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Functional Test</w:t>
            </w:r>
          </w:p>
        </w:tc>
        <w:tc>
          <w:tcPr>
            <w:tcW w:type="dxa" w:w="12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้าสู่ระบบและสิทธิ์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</w:tr>
      <w:tr>
        <w:trPr>
          <w:trHeight w:hRule="exact" w:val="450"/>
        </w:trPr>
        <w:tc>
          <w:tcPr>
            <w:tcW w:type="dxa" w:w="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Non-Functional Test</w:t>
            </w:r>
          </w:p>
        </w:tc>
        <w:tc>
          <w:tcPr>
            <w:tcW w:type="dxa" w:w="12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/TLS/ก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้ารหัสรหัสผ่าน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</w:p>
        </w:tc>
      </w:tr>
      <w:tr>
        <w:trPr>
          <w:trHeight w:hRule="exact" w:val="436"/>
        </w:trPr>
        <w:tc>
          <w:tcPr>
            <w:tcW w:type="dxa" w:w="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Environment</w:t>
            </w:r>
          </w:p>
        </w:tc>
        <w:tc>
          <w:tcPr>
            <w:tcW w:type="dxa" w:w="12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Internal Testing Server (PHP 8, MariaDB, Node.js)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60"/>
        <w:gridCol w:w="1748"/>
        <w:gridCol w:w="12629"/>
      </w:tblGrid>
      <w:tr>
        <w:trPr>
          <w:trHeight w:hRule="exact" w:val="448"/>
        </w:trPr>
        <w:tc>
          <w:tcPr>
            <w:tcW w:type="dxa" w:w="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2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6"/>
        </w:trPr>
        <w:tc>
          <w:tcPr>
            <w:tcW w:type="dxa" w:w="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</w:t>
            </w:r>
          </w:p>
        </w:tc>
        <w:tc>
          <w:tcPr>
            <w:tcW w:type="dxa" w:w="12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รอบทดสอบระบบ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48"/>
        </w:trPr>
        <w:tc>
          <w:tcPr>
            <w:tcW w:type="dxa" w:w="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ที่ใช้ทดสอบ</w:t>
            </w:r>
          </w:p>
        </w:tc>
        <w:tc>
          <w:tcPr>
            <w:tcW w:type="dxa" w:w="12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สถานะ Repository ที่ใกล้เคียงที่สุด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1795"/>
        <w:gridCol w:w="3342"/>
      </w:tblGrid>
      <w:tr>
        <w:trPr>
          <w:trHeight w:hRule="exact" w:val="452"/>
        </w:trPr>
        <w:tc>
          <w:tcPr>
            <w:tcW w:type="dxa" w:w="11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3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2"/>
        </w:trPr>
        <w:tc>
          <w:tcPr>
            <w:tcW w:type="dxa" w:w="11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ำหนดทั้งหมด</w:t>
            </w:r>
          </w:p>
        </w:tc>
        <w:tc>
          <w:tcPr>
            <w:tcW w:type="dxa" w:w="33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45</w:t>
            </w:r>
          </w:p>
        </w:tc>
      </w:tr>
      <w:tr>
        <w:trPr>
          <w:trHeight w:hRule="exact" w:val="452"/>
        </w:trPr>
        <w:tc>
          <w:tcPr>
            <w:tcW w:type="dxa" w:w="11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  <w:tc>
          <w:tcPr>
            <w:tcW w:type="dxa" w:w="33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45</w:t>
            </w:r>
          </w:p>
        </w:tc>
      </w:tr>
      <w:tr>
        <w:trPr>
          <w:trHeight w:hRule="exact" w:val="434"/>
        </w:trPr>
        <w:tc>
          <w:tcPr>
            <w:tcW w:type="dxa" w:w="11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33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11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33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36"/>
        </w:trPr>
        <w:tc>
          <w:tcPr>
            <w:tcW w:type="dxa" w:w="117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(Blocked / Pending)</w:t>
            </w:r>
          </w:p>
        </w:tc>
        <w:tc>
          <w:tcPr>
            <w:tcW w:type="dxa" w:w="33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Verification Items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438"/>
        <w:gridCol w:w="3715"/>
        <w:gridCol w:w="1329"/>
        <w:gridCol w:w="5267"/>
        <w:gridCol w:w="639"/>
        <w:gridCol w:w="2349"/>
      </w:tblGrid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Testing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Topic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Register &amp; Onboarding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ารลงทะเบียนเจ้า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ารเชิญผู้ใช้งานเ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้าร่วมบริษัท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(Onboarding)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ระบบต้องยืนยันตัวตนผู้ใช้และบัง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ับสิทธิ์ตามบทบาท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Owner, Admin,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Viewer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Password Recovery / OTP / Session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ืนรหัสผ่าน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Session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ารยืนยัน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OTP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270" w:right="26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TC-UN01.004,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TC-UN02.001,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Identity – User &amp; App-Access Administration / Company – Profile &amp; System Settings / Company – SMTP &amp; Mail Dispatch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4" w:after="0"/>
              <w:ind w:left="270" w:right="26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Master – Warehouse / Storage / Bin / Master – Product &amp; Category / Master – Contact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CR01:005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438"/>
        <w:gridCol w:w="3715"/>
        <w:gridCol w:w="1329"/>
        <w:gridCol w:w="5267"/>
        <w:gridCol w:w="639"/>
        <w:gridCol w:w="2349"/>
      </w:tblGrid>
      <w:tr>
        <w:trPr>
          <w:trHeight w:hRule="exact" w:val="32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Testing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Topic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Master – Warehouse Layer Configuration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CR01:006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ลังเดียวและแบบหลายชั้น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พื้นที่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7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Stock-in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CR01:007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Stock-out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CR01:008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(Stock-out)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โดยตรวจสอบสิทธิ์และยอด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งเหลือ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่อนจ่าย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9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Stock Transfer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CR01:009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ระบบต้องโอนย้ายสิน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้าระหว่างตำแหน่งจัดเ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็บที่ได้รับอนุญาตโดยยอดต้นทาง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ปลายทางสมดุล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2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10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Lot / Serial / Expiry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CR01:010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Lot, Serial Number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และวันหมดอายุ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11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Reports – Stock Reports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12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Barcode Label &amp; Scan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13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270" w:right="26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TC-UN05.003,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TC-UN05.004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Sales – Quotation / Sales – Sales Order / Sales – Invoice / Sales – Return / Credit Note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97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14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270" w:right="268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TC-UN06.003,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TC-UN06.004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Purchasing – Purchase Request / Purchasing – Purchase Order / Purchasing – Purchase Invoice / Purchasing – Supplier Return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15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TC-UN07.001,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Finance – Receipt Billing &amp; Receipt / Finance – Payment Billing &amp; Payment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CR01:015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16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TC-UN08.001,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Accounting – Chart of Accounts / Departments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 Formulas / Accounting – Journal &amp; GL Posting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CR01:016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17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Reports – Financial Reports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CR01:017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18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TC-UN10.001,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Document – Numbering / Document – Lifecycle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&amp; Status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CR01:018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สารอัตโนมัติและ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ุมสถานะ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วงจรชีวิต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19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File Attachment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CR01:019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ารแนบไฟล์ที่อนุญาต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20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Reports – Filter / Print / Export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CR01:020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21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Socket.IO Notification Server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ระบบต้องแจ้งเตือนผู้ใช้ที่เ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้องเมื่อสถานะเอ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สารเปลี่ยนหรือมีเหตุ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ารณ์ปฏิบัติ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438"/>
        <w:gridCol w:w="3715"/>
        <w:gridCol w:w="1329"/>
        <w:gridCol w:w="5267"/>
        <w:gridCol w:w="639"/>
        <w:gridCol w:w="2349"/>
      </w:tblGrid>
      <w:tr>
        <w:trPr>
          <w:trHeight w:hRule="exact" w:val="32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Testing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Topic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22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Scheduler (ETL &amp; Alerts)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ระบบต้องสรุปยอดสต๊อ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ก/GL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และแจ้งเตือนสิน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ล้หมดและใบแจ้งหนี้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้างชำระตาม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23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Document – Audit Fields &amp; History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24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Security – Tenant Scope Guard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25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Reports – Dashboard &amp; Aggregates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ระบบต้องตอบสนองงานประจำวัน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เปิดหน้าจอ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,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้นหา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ภายในเวลาที่ใช้งานได้จริง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บนสภาพแวดล้อมที่ต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26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TC-UN09.001,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Reports – Dashboard &amp; Aggregates / Node – Scheduler (ETL &amp; Alerts)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ระบบต้องมีตารางสรุปยอด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(Aggregate)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เพื่อให้แดชบอร์ดและรายงานแสดงผลได้โดยไม่ต้อง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ำนวณใหม่ทุ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27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Reports – Dashboard &amp; Aggregates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ระบบต้องรองรับปริมาณ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้อมูลและผู้ใช้พร้อม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ันในระดับที่ต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ลงสำหรับสภาพแวดล้อมใช้งานจริง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28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29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(Chrome, Edge, Firefox)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30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Socket.IO Notification Server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ระบบต้องส่งเหตุ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ารณ์ไปยังบริ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ภายในที่ป้อง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Secret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31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Socket.IO Notification Server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ต้องเชื่อมต่อ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Socket.IO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สาธารณะเพื่อรับ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ารแจ้งเตือนแบบ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Real-time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32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Company – SMTP &amp; Mail Dispatch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CR03:005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33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ระบบต้องพัฒนาบนสถาปัตย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รรม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Web-based Application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34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Relational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Referential Integrity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35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Username/Password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ำหนดบทบาทผู้ใช้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36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 8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ึ้นไป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MySQL/MariaDB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37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86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UI ต้องเป็น Responsive ใช้งานได้ทั้งบน Desktop และอุปกรณ์หน้าคลังสินค้า (Tablet/Mobile)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38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เมนูและปุ่ม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ำสั่งต้องแสดงตามบทบาทและสิทธิ์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องผู้ใช้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39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Document – Lifecycle &amp; Status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40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Document – Lifecycle &amp; Status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41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Barcode Label &amp; Scan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CR05:005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ระบบต้องพิมพ์เอ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สารธุร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ิจและฉลา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บาร์โ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้ดในรูปแบบที่ใช้งานได้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42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Security – TLS &amp; Secret Configuration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ารเชื่อมต่อในสภาพแวดล้อมใช้งานจริงต้องเ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HTTPS/TLS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438"/>
        <w:gridCol w:w="3715"/>
        <w:gridCol w:w="1329"/>
        <w:gridCol w:w="5267"/>
        <w:gridCol w:w="639"/>
        <w:gridCol w:w="2349"/>
      </w:tblGrid>
      <w:tr>
        <w:trPr>
          <w:trHeight w:hRule="exact" w:val="32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Testing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Topic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43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TC-UN13.003,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6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.env Generator / Security – TLS &amp;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Secret Configuration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องระบบต้องไม่ถู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Control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สาธารณะ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44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Security – Server-side Validation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45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้าถึงตามบทบาท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(Role-based Access Control)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และฝั่ง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เซิร์ฟเวอร์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46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Security – Server-side Validation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CR06:005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SQL Injection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Cross-Site Scripting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47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Password Recovery / OTP / Session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CR06:006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้าสู่ระบบซ้ำซ้อน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(Concurrent Login)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องบัญชีเดียว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5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48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Deploy – setup.php Schema Installer / Deploy – Docker Compose Stack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Linux Server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ในรูปแบบติดตั้งเอง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(LAMP)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49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Scheduler (ETL &amp; Alerts)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ตเวลา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Asia/Bangkok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อย่างสม่ำเสมอทั้งแอปพลิเ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ชันและงานตาม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50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Login &amp; Role Guard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ระบบต้องใช้งานได้บนอุป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พาผ่าน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Browser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51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้อมูลสาธิต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้อมูลใช้งานจริงได้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52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Backup &amp; Restore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้อมูลอัตโนมัติรายวัน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53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Backup &amp; Restore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ชุดสำรองได้ตาม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ั้นตอนที่จัดทำเป็นเอ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54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Security – Tenant Scope Guard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ระบบต้องรองรับหลายบริษัท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(Multi-company)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และหลาย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้าภายใต้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55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 – Scheduler (ETL &amp; Alerts)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CR08:005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ำหนดเวลาต้องทำงานสำเร็จโดยไม่สร้างผลลัพธ์ซ้ำหรือเ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ินสิทธิ์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56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.env Generator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ระบบต้องมีแม่แบบ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(Configuration Template)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ุมเวอร์ชันด้วย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57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้อมูลต้องสะท้อนใน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และตาราง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schema_migrations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58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้อมูลได้ใน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ั้นตอนเดียวผ่าน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59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Docker Compose Stack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Container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--build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60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.env Generator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ริปต์สร้างไฟล์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วามลับอัตโนมัติ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(docker/init-env.sh)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61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TC-UN13.001,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6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Deploy – setup.php Schema Installer / Deploy – Docker Compose Stack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ารติดตั้งและตั้ง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62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setup.php Schema Installer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PHP, 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รอนุมัติ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3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63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Identity – Password Recovery / OTP / Session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รหัสผ่านผู้ใช้ต้องเ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bcrypt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็บหรือบันทึ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วามธรรมดา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438"/>
        <w:gridCol w:w="3715"/>
        <w:gridCol w:w="1329"/>
        <w:gridCol w:w="5267"/>
        <w:gridCol w:w="639"/>
        <w:gridCol w:w="2349"/>
      </w:tblGrid>
      <w:tr>
        <w:trPr>
          <w:trHeight w:hRule="exact" w:val="32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Testing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ID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Req. Topic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64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Accounting – Journal &amp; GL Posting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CR13:001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2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65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ICS – Stock-out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CR13:002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ติดลบและ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ลื่อนไหวซ้ำซ้อน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66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Deploy – Backup &amp; Restore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CR13:003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(Backup &amp; Recovery)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32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67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Document – Lifecycle &amp; Status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้อผิดพลาดโดยแสดง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้าใจได้แทน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Fatal Error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68</w:t>
            </w:r>
          </w:p>
        </w:tc>
        <w:tc>
          <w:tcPr>
            <w:tcW w:type="dxa" w:w="14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144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TC-UN12.001,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37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6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ตรวจสอบ Security – Tenant Scope Guard / Security – Server-side Validation</w:t>
            </w:r>
          </w:p>
        </w:tc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CR14:004</w:t>
            </w:r>
          </w:p>
        </w:tc>
        <w:tc>
          <w:tcPr>
            <w:tcW w:type="dxa" w:w="52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63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23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10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 – 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สิงหา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ความต้องการที่ยืนยันด้วย Test Case มี 68 รายการ ส่วนอีก 12 รายการเป็นความต้องการด้านเอกสาร การอบรม และหลักฐานด้านคุณภาพ ซึ่งยืนยันด้วยเอกสารส่งมอบตามที่ระบุใน Traceability Record และได้รับการยืนยันจากลูกค้าใน Validation Results</w:t>
      </w:r>
    </w:p>
    <w:p>
      <w:pPr>
        <w:autoSpaceDN w:val="0"/>
        <w:autoSpaceDE w:val="0"/>
        <w:widowControl/>
        <w:spacing w:line="230" w:lineRule="exact" w:before="434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60"/>
        <w:gridCol w:w="1748"/>
        <w:gridCol w:w="12629"/>
      </w:tblGrid>
      <w:tr>
        <w:trPr>
          <w:trHeight w:hRule="exact" w:val="450"/>
        </w:trPr>
        <w:tc>
          <w:tcPr>
            <w:tcW w:type="dxa" w:w="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2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4"/>
        </w:trPr>
        <w:tc>
          <w:tcPr>
            <w:tcW w:type="dxa" w:w="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12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100%</w:t>
            </w:r>
          </w:p>
        </w:tc>
      </w:tr>
      <w:tr>
        <w:trPr>
          <w:trHeight w:hRule="exact" w:val="450"/>
        </w:trPr>
        <w:tc>
          <w:tcPr>
            <w:tcW w:type="dxa" w:w="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Pending</w:t>
            </w:r>
          </w:p>
        </w:tc>
        <w:tc>
          <w:tcPr>
            <w:tcW w:type="dxa" w:w="12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(Pending)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ารทดสอบนี้</w:t>
            </w:r>
          </w:p>
        </w:tc>
      </w:tr>
      <w:tr>
        <w:trPr>
          <w:trHeight w:hRule="exact" w:val="436"/>
        </w:trPr>
        <w:tc>
          <w:tcPr>
            <w:tcW w:type="dxa" w:w="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7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Conclusion</w:t>
            </w:r>
          </w:p>
        </w:tc>
        <w:tc>
          <w:tcPr>
            <w:tcW w:type="dxa" w:w="126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ผลการทดสอบสรุปได้ว่าระบบพร้อมสำหรับ UAT และการส่งมอบ เนื่องจากผลการทดสอบผ่านครบ 100% และเป็นไปตาม Project Plan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หลักฐานประกอบทางอ้อม</w:t>
      </w:r>
    </w:p>
    <w:p>
      <w:pPr>
        <w:autoSpaceDN w:val="0"/>
        <w:autoSpaceDE w:val="0"/>
        <w:widowControl/>
        <w:spacing w:line="246" w:lineRule="exact" w:before="186" w:after="281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Correction Register บันทึกการแก้ไขข้อบกพร่องที่พบระหว่างพัฒนา 28 รายการ ซึ่งได้รับการแก้ไขและตรวจสอบผลด้วย Test Case ที่เกี่ยวข้องครบทุกรายการ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report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