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Case and Test Procedures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4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V1.0 PaNg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้อมูลที่ใช้ทดสอบ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 Test Case ที่ใช้ตรวจสอบการทำงานของระบบ (Verification &amp; Validation) และยืนยันว่าฟังก์ชันที่พัฒนามีความถูกต้องตรงตาม Customer Requirements (CR) และ Software Requirements (SR)</w:t>
      </w:r>
    </w:p>
    <w:p>
      <w:pPr>
        <w:autoSpaceDN w:val="0"/>
        <w:autoSpaceDE w:val="0"/>
        <w:widowControl/>
        <w:spacing w:line="268" w:lineRule="exact" w:before="39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สภาพแวดล้อมการทดสอบ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330"/>
        <w:gridCol w:w="5835"/>
        <w:gridCol w:w="5972"/>
      </w:tblGrid>
      <w:tr>
        <w:trPr>
          <w:trHeight w:hRule="exact" w:val="450"/>
        </w:trPr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</w:p>
        </w:tc>
        <w:tc>
          <w:tcPr>
            <w:tcW w:type="dxa" w:w="5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</w:t>
            </w:r>
          </w:p>
        </w:tc>
        <w:tc>
          <w:tcPr>
            <w:tcW w:type="dxa" w:w="5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</w:tr>
      <w:tr>
        <w:trPr>
          <w:trHeight w:hRule="exact" w:val="434"/>
        </w:trPr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</w:t>
            </w:r>
          </w:p>
        </w:tc>
        <w:tc>
          <w:tcPr>
            <w:tcW w:type="dxa" w:w="5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Internal Testing Server (PHP 8, MariaDB, Node.js)</w:t>
            </w:r>
          </w:p>
        </w:tc>
        <w:tc>
          <w:tcPr>
            <w:tcW w:type="dxa" w:w="5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(UAT)</w:t>
            </w:r>
          </w:p>
        </w:tc>
        <w:tc>
          <w:tcPr>
            <w:tcW w:type="dxa" w:w="5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59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44" w:lineRule="exact" w:before="43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การทดสอบระบบดำเนินการบน Internal Testing Server จึงสามารถทดสอบกรณีที่มีความเสี่ยงสูง เช่น การจำลองความล้มเหลวและ Rollback (TC-UN08.002) ได้โดยไม่กระทบข้อมูลของลูกค้า รอบทดสอบระบบกำหนดไว้ระหว่าง 10 สิงหาคม 2569 – 14 สิงหาคม 2569 และผลการทดสอบบันทึกใน Test Report</w:t>
      </w:r>
    </w:p>
    <w:p>
      <w:pPr>
        <w:autoSpaceDN w:val="0"/>
        <w:autoSpaceDE w:val="0"/>
        <w:widowControl/>
        <w:spacing w:line="266" w:lineRule="exact" w:before="39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 Test Case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1724"/>
        <w:gridCol w:w="2048"/>
        <w:gridCol w:w="1909"/>
        <w:gridCol w:w="3011"/>
        <w:gridCol w:w="864"/>
        <w:gridCol w:w="1959"/>
        <w:gridCol w:w="609"/>
        <w:gridCol w:w="1570"/>
      </w:tblGrid>
      <w:tr>
        <w:trPr>
          <w:trHeight w:hRule="exact" w:val="75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UN01.001 Identity – Register &amp; Onboarding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ลงทะเบียนเจ้าของบริษัทใหม่ → ยืนยันอีเมล → เชิญผู้ใช้ → ผู้ใช้กดลิงก์เชิญ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สร้างบริษัท/บัญชีเจ้าของสำเร็จ ผู้ใช้ที่ถูกเชิญเข้าบริษัทที่ถูกต้อง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ต้องส่งอีเมล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ได้จริง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UN01.002 Identity – Login &amp; Role Guard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เข้าสู่ระบบด้วยบัญชี Owner/Admin/Staff/Viewer แล้วเรียกหน้าและ Action ที่ไม่ได้รับสิทธิ์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9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แต่ละบทบาทเ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้าถึงได้เฉพาะหน้า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ำสั่งที่ไม่ได้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รับสิทธิ์ถู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ปฏิเสธฝั่งเซิร์ฟเวอร์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ต้องมีบัญชีทดสอบครบ 4 บทบาท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UN01.003 Identity – Password Recovery / OTP / Session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ขอรีเซ็ตรหัสผ่าน → กรอก OTP → ตั้งรหัสใหม่; เข้าสู่ระบบบัญชีเดิมจาก 2 อุปกรณ์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รีเซ็ตสำเร็จโดยไม่เปิดเผยรหัส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ผ่านเดิม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Session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ที่สองถู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 Identity – User &amp; App-Access Administration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Admin เพิ่มผู้ใช้ เปลี่ยนบทบาท และปิดสิทธิ์แอปพลิเคชัน; Staff ลองทำรายการเดียวกัน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Admin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UN02.001 Company – Profile &amp; System Settings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่าระบบ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่าใหม่ถู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และมีผล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บริษัทนั้นเท่านั้น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UN02.002 Company – SMTP &amp; Mail Dispatch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SMTP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แล้วส่งอีเมลทดสอบ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ำเชิญ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อีเมลถู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ส่งผ่าน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SMTP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บริษัทและได้รับที่ปลายทาง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 SMTP ทดสอบ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 Master – Warehouse / Storage / Bin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3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เพิ่ม/แก้ไข/ปิดใช้ คลังสินค้า พื้นที่ และช่องจัดเก็บ; กรอกความจุไม่ถูกต้อง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ผิดถู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UN03.002 Master – Product &amp; Category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เพิ่มหมวดสิน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หน่วยนับ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้าแสดงในราย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ใช้ในราย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UN03.003 Master – Contact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เพิ่มประเภทผู้ติดต่อ ลูกค้า และผู้ขาย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ผู้ติดต่อเลือ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ใช้ในเอ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ซื้อได้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1724"/>
        <w:gridCol w:w="2048"/>
        <w:gridCol w:w="1909"/>
        <w:gridCol w:w="3011"/>
        <w:gridCol w:w="864"/>
        <w:gridCol w:w="1959"/>
        <w:gridCol w:w="609"/>
        <w:gridCol w:w="1570"/>
      </w:tblGrid>
      <w:tr>
        <w:trPr>
          <w:trHeight w:hRule="exact" w:val="7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UN03.004 Master – Warehouse Layer Configuration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7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ตั้งบริษัท A เป็นคลังชั้นเดียว บริษัท B เป็นคลัง/พื้นที่/ช่อง แล้วรับสินค้าเข้า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ทั้งสองบริษัททำราย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ารได้ถู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ต้องตามโ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องตน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2 บริษัททดสอบ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UN04.001 ICS – Stock-in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 ระบุสินค้า จำนวน ตำแหน่ง เอกสารอ้างอิง; กรอกจำนวนติดลบ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สร้างความเคลื่อนไหวและยอดคงเหลือถูกต้อง จำนวนติดลบถูกปฏิเสธ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 ICS – Stock-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จ่ายสินค้าออกภายในยอดคงเหลือ และจ่ายเกินยอด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ยอดลดลงถู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UN04.003 ICS – Stock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Transfer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โอนย้ายระหว่าง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ตำแหน่งที่ได้รับ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อนุญาต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ต้นทางลด ปลายทางเพิ่ม ผูกเป็นรายการโอนเดียวและสอบกลับได้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UN04.004 ICS – Lot /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Serial / Expiry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รับสินค้าเข้าพร้อม Lot, Serial Number, วันหมดอายุ แล้วเปิดรายงาน Lot/หมดอายุ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งอยู่และแสดงใน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UN04.005 ICS – Barcode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Label &amp; Scan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พิมพ์ฉลาก SKU/ตำแหน่ง แล้วสแกน (หรือป้อนค่า) ในหน้าจอรับเข้า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มีรหัสที่ใช้งานได้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ยอมรับ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MariaDB, Internal Testing Server,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รื่องสแ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หรือจำลอง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เครื่องพิมพ์/สแกน (ถ้ามี)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UN04.006 ICS – File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Attachment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แนบไฟล์ที่อนุญาตและไฟล์ที่ไม่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ผู้ใช้บริษัทอื่น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เรีย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ดู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ไฟล์ที่อนุญาตอัปโหลด/เรียกดูได้เฉพาะผู้มีสิทธิ์ ไฟล์ที่ไม่อนุญาตถูกปฏิเสธ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เตรียมไฟล์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ตัวอย่าง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 Sales – Quotation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สร้างใบเสนอรา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าให้ลู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้าและแปลง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สร้างพร้อมอ้างอิงใบ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เสนอรา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UN05.002 Sales – Sales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Order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ายและตรวจสต๊อ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สถานะเปลี่ยนตามที่อนุญาตและ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TC-UN05.001, TC-UN04.001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UN05.003 Sales – Invoice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ใบแจ้งหนี้ได้เล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สมดุล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UN05.004 Sales – Return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 Credit Note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ใบลดหนี้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ลับและบัญชีปรับตาม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ใบลดหนี้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 Purchasing – Purchase Request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สร้างและอนุมัติใบ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อซื้ออยู่ในสถานะอนุมัติ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1724"/>
        <w:gridCol w:w="2048"/>
        <w:gridCol w:w="1909"/>
        <w:gridCol w:w="3011"/>
        <w:gridCol w:w="864"/>
        <w:gridCol w:w="1959"/>
        <w:gridCol w:w="609"/>
        <w:gridCol w:w="1570"/>
      </w:tblGrid>
      <w:tr>
        <w:trPr>
          <w:trHeight w:hRule="exact" w:val="7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UN06.002 Purchasing – Purchase Order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แปลงใบ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อซื้อเป็นใบสั่งซื้อ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ใบสั่งซื้อถู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สร้างพร้อมอ้างอิงใบ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UN06.003 Purchasing – Purchase Invoice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ใบแจ้งหนี้ซื้อและรับสิน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สมดุล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UN06.004 Purchasing – Supplier Return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้าให้ผู้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ลดและบัญชีปรับตามใบ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UN07.001 Finance – Receipt Billing &amp; Receipt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วางบิลรับและบันทึ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ใบเสร็จรับเงิน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ยอดค้างชำระลดลง เอกสารเชื่อมโยงกันและมีประวัติ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UN07.002 Finance – Payment Billing &amp; Payment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วางบิลจ่ายและบันทึ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ัญจ่าย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ับใบแจ้งหนี้ซื้อ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ยอดค้างจ่ายลดลง เอกสารเชื่อมโยงกันและมีประวัติ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UN08.001 Accounting – Chart of Accounts / Departments / Formulas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เพิ่มผังบัญชี แผนก และสูตรบัญชี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รงสร้างบัญชีถู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และใช้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ารได้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UN08.002 Accounting – Journal &amp; GL Posting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บันทึกสมุดรายวันแบบสมดุลและแบบไม่สมดุล; จำลองความล้มเหลวระหว่างผ่านรายการ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รายการสมดุลถูกผ่าน GL รายการไม่สมดุลถูกปฏิเสธ ความล้มเหลวถูก Rollback ทั้งชุด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ต้องจำลองความล้มเหลวบน Testing Server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UN09.001 Reports – Dashboard &amp; Aggregates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เปิดแดชบอร์ด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้าและบัญชี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หลังรันงานสรุปยอด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ับตารางสรุปยอดและ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แสดงผลภายในเวลาที่ใช้งานได้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UN09.002 Reports – Stock Reports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เปิดรายงานภาพรวมสต๊อก ความเคลื่อนไหว ความจุ สินค้าใกล้หมด หมดอายุ และ Lot พร้อมตัวกรอง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้อมูลที่ได้รับสิทธิ์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TC-UN04.001–TC-UN04.004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UN09.003 Reports – Financial Reports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เปิดงบทดลอง งบกำไรขาดทุน งบดุล VAT สมุดรายวัน และความเคลื่อนไหว GL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ยอดรวมสอด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ันในงวดที่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UN09.004 Reports – Filter / Print / Export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กรอง ดู พิมพ์ และส่งออกรายงาน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ผลลัพธ์ตรง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ตและตัว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รองที่เลือ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1724"/>
        <w:gridCol w:w="2048"/>
        <w:gridCol w:w="1909"/>
        <w:gridCol w:w="3011"/>
        <w:gridCol w:w="864"/>
        <w:gridCol w:w="1959"/>
        <w:gridCol w:w="609"/>
        <w:gridCol w:w="1570"/>
      </w:tblGrid>
      <w:tr>
        <w:trPr>
          <w:trHeight w:hRule="exact" w:val="7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UN10.001 Document – Numbering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ุมหลายฉบับ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เลขที่เอกสารเรียงตามลำดับที่ตั้งค่า ไม่ซ้ำ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UN10.002 Document – Lifecycle &amp; Status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พยายามเปลี่ยนสถานะเอ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ลบเอ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92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ารเปลี่ยนสถานะที่ไม่ถู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UN10.003 Document – Audit Fields &amp; History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สร้างแล้วแก้ไขรายการ แล้วเปิดดูประวัติ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ผู้สร้าง ผู้แก้ไข วันที่ และสถานะถูกบันทึกครบ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2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36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UN11.001 Node – Socket.IO Notification Server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สารที่ต้องแจ้ง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เตือน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เรีย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แจ้งเตือน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โดยไม่มี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Secret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ผู้ใช้ที่เกี่ยวข้องได้รับแจ้งเตือน Real-time เท่านั้น การเรียกโดยไม่มี Secret ถูกปฏิเสธ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MariaDB, Internal Testing Server, Node.js +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pm2,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บริการ Node.js ทำงานอยู่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7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37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UN11.002 Node – Scheduler (ETL &amp; Alerts)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รันงานสรุปยอดสต๊อก/GL และแจ้งเตือนสินค้าใกล้หมด/ใบแจ้งหนี้ค้างชำระ; ตรวจเวลาบันทึกเทียบ Asia/Bangkok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3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งานเสร็จโดยไม่ซ้ำ ผลลัพธ์อยู่ในขอบเขตสิทธิ์ เวลาถูกต้องตามเขตเวลา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Node.js + pm2,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Scheduler ทำงานอยู่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TC-UN04.001, TC-UN07.001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38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UN12.001 Security – Tenant Scope Guard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ผู้ใช้บริษัท A เรียกข้อมูล/รายการของบริษัท B และคลังที่ไม่ได้รับสิทธิ์ ทั้งผ่าน UI และ URL/ API โดยตรง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ถูกปฏิเสธทุกช่องทาง ไม่มีข้อมูลรั่วไหลหรือถูกแก้ไข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2 บริษัททดสอบ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TC-UN01.002, TC-UN03.001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39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UN12.002 Security – Server-side Validation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ส่งข้อมูลนำเข้าที่มี SQL/Script และค่าที่ไม่ถูกต้องไปยัง Action ฝั่งเซิร์ฟเวอร์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ถูกปฏิเสธหรือ Escape โดยไม่มีข้อมูลเปลี่ยนแปลงหรือ Script ทำงาน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MariaDB, Internal Testing Server,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API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40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UN12.003 Security – Operation Lock &amp; Usage Guard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ารในงวดที่ล็อ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วตาบริษัท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MariaDB, Internal Testing Server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41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UN12.004 Security – TLS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&amp; Secret Configuration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 Repository และสภาพแวดล้อมที่ติดตั้งว่ามีความลับหรือไฟล์ตั้งค่าเปิดเผยหรือไม่; เรียกผ่าน HTTPS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ไม่พบความลับใน Git หรือเข้าถึงได้จากเว็บ การเชื่อมต่อผ่าน TLS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Repository, Deployed Environment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6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42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UN13.001 Deploy – setup.php Schema Installer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ติดตั้งบนเครื่องใหม่ด้วย setup.php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ฐานข้อมูลและตารางครบตาม SR08 โดยไม่แก้ Schema ด้วยมือ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Fresh Linux Server, PHP 8, MariaDB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ว่าง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00"/>
        <w:gridCol w:w="1044"/>
        <w:gridCol w:w="1724"/>
        <w:gridCol w:w="2048"/>
        <w:gridCol w:w="1909"/>
        <w:gridCol w:w="3011"/>
        <w:gridCol w:w="864"/>
        <w:gridCol w:w="1959"/>
        <w:gridCol w:w="609"/>
        <w:gridCol w:w="1570"/>
      </w:tblGrid>
      <w:tr>
        <w:trPr>
          <w:trHeight w:hRule="exact" w:val="748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Intercase Dependency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43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UN13.002 Deploy – Docker Compose Stack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build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Container php-apache, mariadb, node ทำงานและเข้าใช้ระบบได้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44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UN13.003 Deploy –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Generator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docker/init-env.sh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โดยเว้น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วามลับว่าง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.env ถูกสร้างพร้อมความลับสุ่ม และไม่ถูก Git ติดตาม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960"/>
        </w:trPr>
        <w:tc>
          <w:tcPr>
            <w:tcW w:type="dxa" w:w="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45</w:t>
            </w:r>
          </w:p>
        </w:tc>
        <w:tc>
          <w:tcPr>
            <w:tcW w:type="dxa" w:w="10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UN13.004 Deploy – Backup &amp; Restore</w:t>
            </w:r>
          </w:p>
        </w:tc>
        <w:tc>
          <w:tcPr>
            <w:tcW w:type="dxa" w:w="2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สำรองฐานข้อมูล กู้คืนสู่สภาพแวดล้อมทดสอบ และ Clone จาก Backup Remote</w:t>
            </w:r>
          </w:p>
        </w:tc>
        <w:tc>
          <w:tcPr>
            <w:tcW w:type="dxa" w:w="1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รบตาม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3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Testing Server, Backup Remote</w:t>
            </w:r>
          </w:p>
        </w:tc>
        <w:tc>
          <w:tcPr>
            <w:tcW w:type="dxa" w:w="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 Product Operation Guide</w:t>
            </w:r>
          </w:p>
        </w:tc>
        <w:tc>
          <w:tcPr>
            <w:tcW w:type="dxa" w:w="19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6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30"/>
        <w:gridCol w:w="1986"/>
        <w:gridCol w:w="12421"/>
      </w:tblGrid>
      <w:tr>
        <w:trPr>
          <w:trHeight w:hRule="exact" w:val="450"/>
        </w:trPr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</w:t>
            </w:r>
          </w:p>
        </w:tc>
        <w:tc>
          <w:tcPr>
            <w:tcW w:type="dxa" w:w="1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Topic</w:t>
            </w:r>
          </w:p>
        </w:tc>
        <w:tc>
          <w:tcPr>
            <w:tcW w:type="dxa" w:w="12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Detail</w:t>
            </w:r>
          </w:p>
        </w:tc>
      </w:tr>
      <w:tr>
        <w:trPr>
          <w:trHeight w:hRule="exact" w:val="436"/>
        </w:trPr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12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กำหนด Test Case ทั้งหมด 45 รายการ ครอบคลุม Software Unit ทุกหน่วย สถานะพร้อมทดสอบ (Ready)</w:t>
            </w:r>
          </w:p>
        </w:tc>
      </w:tr>
      <w:tr>
        <w:trPr>
          <w:trHeight w:hRule="exact" w:val="450"/>
        </w:trPr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ณฑ์ผ่าน</w:t>
            </w:r>
          </w:p>
        </w:tc>
        <w:tc>
          <w:tcPr>
            <w:tcW w:type="dxa" w:w="12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ต้องได้ผลตาม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Output Specifications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พร่องที่พบบันทึ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และทดสอบซ้ำจนผ่าน</w:t>
            </w:r>
          </w:p>
        </w:tc>
      </w:tr>
      <w:tr>
        <w:trPr>
          <w:trHeight w:hRule="exact" w:val="450"/>
        </w:trPr>
        <w:tc>
          <w:tcPr>
            <w:tcW w:type="dxa" w:w="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้าสู่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UAT</w:t>
            </w:r>
          </w:p>
        </w:tc>
        <w:tc>
          <w:tcPr>
            <w:tcW w:type="dxa" w:w="1242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Case ผ่านครบ 100% และไม่มีข้อบกพร่องระดับสูงคงค้าง ผลการทดสอบบันทึกใน Test Report</w:t>
            </w:r>
          </w:p>
        </w:tc>
      </w:tr>
    </w:tbl>
    <w:p>
      <w:pPr>
        <w:autoSpaceDN w:val="0"/>
        <w:autoSpaceDE w:val="0"/>
        <w:widowControl/>
        <w:spacing w:line="256" w:lineRule="exact" w:before="290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4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Test-Case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case-and-test-procedures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