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Configuration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บันทึกการกำหนดค่าและความเปลี่ยนแปลงต่าง ๆ ที่เกิดขึ้นของระบบ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รายการสิ่งส่งมอบ (Work Products)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113"/>
        <w:gridCol w:w="6954"/>
        <w:gridCol w:w="1004"/>
      </w:tblGrid>
      <w:tr>
        <w:trPr>
          <w:trHeight w:hRule="exact" w:val="450"/>
        </w:trPr>
        <w:tc>
          <w:tcPr>
            <w:tcW w:type="dxa" w:w="11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No.</w:t>
            </w:r>
          </w:p>
        </w:tc>
        <w:tc>
          <w:tcPr>
            <w:tcW w:type="dxa" w:w="6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Work Product</w:t>
            </w:r>
          </w:p>
        </w:tc>
        <w:tc>
          <w:tcPr>
            <w:tcW w:type="dxa" w:w="1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Version</w:t>
            </w:r>
          </w:p>
        </w:tc>
      </w:tr>
      <w:tr>
        <w:trPr>
          <w:trHeight w:hRule="exact" w:val="436"/>
        </w:trPr>
        <w:tc>
          <w:tcPr>
            <w:tcW w:type="dxa" w:w="9071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เอกสารส่งมอบครั้งที่ 1 (วางแผนโครงการ)</w:t>
            </w:r>
          </w:p>
        </w:tc>
      </w:tr>
      <w:tr>
        <w:trPr>
          <w:trHeight w:hRule="exact" w:val="450"/>
        </w:trPr>
        <w:tc>
          <w:tcPr>
            <w:tcW w:type="dxa" w:w="11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1.0</w:t>
            </w:r>
          </w:p>
        </w:tc>
        <w:tc>
          <w:tcPr>
            <w:tcW w:type="dxa" w:w="6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Software Project Plan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Work Schedule)</w:t>
            </w:r>
          </w:p>
        </w:tc>
        <w:tc>
          <w:tcPr>
            <w:tcW w:type="dxa" w:w="1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1.0</w:t>
            </w:r>
          </w:p>
        </w:tc>
      </w:tr>
      <w:tr>
        <w:trPr>
          <w:trHeight w:hRule="exact" w:val="434"/>
        </w:trPr>
        <w:tc>
          <w:tcPr>
            <w:tcW w:type="dxa" w:w="11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2.0</w:t>
            </w:r>
          </w:p>
        </w:tc>
        <w:tc>
          <w:tcPr>
            <w:tcW w:type="dxa" w:w="6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Customer Requirements</w:t>
            </w:r>
          </w:p>
        </w:tc>
        <w:tc>
          <w:tcPr>
            <w:tcW w:type="dxa" w:w="1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9071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เอกสารส่งมอบครั้งที่ 2 (พัฒนาและทดสอบ)</w:t>
            </w:r>
          </w:p>
        </w:tc>
      </w:tr>
      <w:tr>
        <w:trPr>
          <w:trHeight w:hRule="exact" w:val="436"/>
        </w:trPr>
        <w:tc>
          <w:tcPr>
            <w:tcW w:type="dxa" w:w="11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3.0</w:t>
            </w:r>
          </w:p>
        </w:tc>
        <w:tc>
          <w:tcPr>
            <w:tcW w:type="dxa" w:w="6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Software Requirements Specification</w:t>
            </w:r>
          </w:p>
        </w:tc>
        <w:tc>
          <w:tcPr>
            <w:tcW w:type="dxa" w:w="1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11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4.0</w:t>
            </w:r>
          </w:p>
        </w:tc>
        <w:tc>
          <w:tcPr>
            <w:tcW w:type="dxa" w:w="6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Software Design</w:t>
            </w:r>
          </w:p>
        </w:tc>
        <w:tc>
          <w:tcPr>
            <w:tcW w:type="dxa" w:w="1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1.0</w:t>
            </w:r>
          </w:p>
        </w:tc>
      </w:tr>
      <w:tr>
        <w:trPr>
          <w:trHeight w:hRule="exact" w:val="434"/>
        </w:trPr>
        <w:tc>
          <w:tcPr>
            <w:tcW w:type="dxa" w:w="11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5.0</w:t>
            </w:r>
          </w:p>
        </w:tc>
        <w:tc>
          <w:tcPr>
            <w:tcW w:type="dxa" w:w="6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Change Report</w:t>
            </w:r>
          </w:p>
        </w:tc>
        <w:tc>
          <w:tcPr>
            <w:tcW w:type="dxa" w:w="1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11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6.0</w:t>
            </w:r>
          </w:p>
        </w:tc>
        <w:tc>
          <w:tcPr>
            <w:tcW w:type="dxa" w:w="6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Test Case and Test Procedures</w:t>
            </w:r>
          </w:p>
        </w:tc>
        <w:tc>
          <w:tcPr>
            <w:tcW w:type="dxa" w:w="1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1.0</w:t>
            </w:r>
          </w:p>
        </w:tc>
      </w:tr>
      <w:tr>
        <w:trPr>
          <w:trHeight w:hRule="exact" w:val="436"/>
        </w:trPr>
        <w:tc>
          <w:tcPr>
            <w:tcW w:type="dxa" w:w="11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7.0</w:t>
            </w:r>
          </w:p>
        </w:tc>
        <w:tc>
          <w:tcPr>
            <w:tcW w:type="dxa" w:w="6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Validation Results</w:t>
            </w:r>
          </w:p>
        </w:tc>
        <w:tc>
          <w:tcPr>
            <w:tcW w:type="dxa" w:w="1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11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8.0</w:t>
            </w:r>
          </w:p>
        </w:tc>
        <w:tc>
          <w:tcPr>
            <w:tcW w:type="dxa" w:w="6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Software User Document</w:t>
            </w:r>
          </w:p>
        </w:tc>
        <w:tc>
          <w:tcPr>
            <w:tcW w:type="dxa" w:w="1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11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9.0</w:t>
            </w:r>
          </w:p>
        </w:tc>
        <w:tc>
          <w:tcPr>
            <w:tcW w:type="dxa" w:w="6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 BRN WMS ที่ผ่านการทดสอบ (Git 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)</w:t>
            </w:r>
          </w:p>
        </w:tc>
        <w:tc>
          <w:tcPr>
            <w:tcW w:type="dxa" w:w="1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1.0</w:t>
            </w:r>
          </w:p>
        </w:tc>
      </w:tr>
      <w:tr>
        <w:trPr>
          <w:trHeight w:hRule="exact" w:val="434"/>
        </w:trPr>
        <w:tc>
          <w:tcPr>
            <w:tcW w:type="dxa" w:w="9071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เอกสารส่งมอบครั้งที่ 3 (ส่งมอบและปิดโครงการ)</w:t>
            </w:r>
          </w:p>
        </w:tc>
      </w:tr>
      <w:tr>
        <w:trPr>
          <w:trHeight w:hRule="exact" w:val="450"/>
        </w:trPr>
        <w:tc>
          <w:tcPr>
            <w:tcW w:type="dxa" w:w="11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10.0</w:t>
            </w:r>
          </w:p>
        </w:tc>
        <w:tc>
          <w:tcPr>
            <w:tcW w:type="dxa" w:w="6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Product Operation Guide</w:t>
            </w:r>
          </w:p>
        </w:tc>
        <w:tc>
          <w:tcPr>
            <w:tcW w:type="dxa" w:w="1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1.0</w:t>
            </w:r>
          </w:p>
        </w:tc>
      </w:tr>
      <w:tr>
        <w:trPr>
          <w:trHeight w:hRule="exact" w:val="436"/>
        </w:trPr>
        <w:tc>
          <w:tcPr>
            <w:tcW w:type="dxa" w:w="11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11.0</w:t>
            </w:r>
          </w:p>
        </w:tc>
        <w:tc>
          <w:tcPr>
            <w:tcW w:type="dxa" w:w="6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Maintenance Document</w:t>
            </w:r>
          </w:p>
        </w:tc>
        <w:tc>
          <w:tcPr>
            <w:tcW w:type="dxa" w:w="1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11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—</w:t>
            </w:r>
          </w:p>
        </w:tc>
        <w:tc>
          <w:tcPr>
            <w:tcW w:type="dxa" w:w="6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Acceptance Report</w:t>
            </w:r>
          </w:p>
        </w:tc>
        <w:tc>
          <w:tcPr>
            <w:tcW w:type="dxa" w:w="1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1.0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 Configuration Item ของซอฟต์แวร์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55"/>
        <w:gridCol w:w="2703"/>
        <w:gridCol w:w="2396"/>
        <w:gridCol w:w="3317"/>
      </w:tblGrid>
      <w:tr>
        <w:trPr>
          <w:trHeight w:hRule="exact" w:val="436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2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</w:t>
            </w:r>
          </w:p>
        </w:tc>
        <w:tc>
          <w:tcPr>
            <w:tcW w:type="dxa" w:w="33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ุมเวอร์ชัน</w:t>
            </w:r>
          </w:p>
        </w:tc>
      </w:tr>
      <w:tr>
        <w:trPr>
          <w:trHeight w:hRule="exact" w:val="448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2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PHP</w:t>
            </w:r>
          </w:p>
        </w:tc>
        <w:tc>
          <w:tcPr>
            <w:tcW w:type="dxa" w:w="2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6" w:after="0"/>
              <w:ind w:left="106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app/</w:t>
            </w:r>
          </w:p>
        </w:tc>
        <w:tc>
          <w:tcPr>
            <w:tcW w:type="dxa" w:w="33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Git 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บน branch main</w:t>
            </w:r>
          </w:p>
        </w:tc>
      </w:tr>
      <w:tr>
        <w:trPr>
          <w:trHeight w:hRule="exact" w:val="692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2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Node.js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  <w:tc>
          <w:tcPr>
            <w:tcW w:type="dxa" w:w="2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8" w:after="0"/>
              <w:ind w:left="106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nodejs/</w:t>
            </w:r>
          </w:p>
        </w:tc>
        <w:tc>
          <w:tcPr>
            <w:tcW w:type="dxa" w:w="33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Git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package.json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package-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lock.json</w:t>
            </w:r>
          </w:p>
        </w:tc>
      </w:tr>
      <w:tr>
        <w:trPr>
          <w:trHeight w:hRule="exact" w:val="96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2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ริปต์ติดตั้งฐาน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</w:p>
        </w:tc>
        <w:tc>
          <w:tcPr>
            <w:tcW w:type="dxa" w:w="2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58" w:after="0"/>
              <w:ind w:left="106" w:right="288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setup.php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, </w:t>
            </w: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docker/mariadb/init-wms2.sql</w:t>
            </w:r>
          </w:p>
        </w:tc>
        <w:tc>
          <w:tcPr>
            <w:tcW w:type="dxa" w:w="33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Git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2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Docker Compose</w:t>
            </w:r>
          </w:p>
        </w:tc>
        <w:tc>
          <w:tcPr>
            <w:tcW w:type="dxa" w:w="2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432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docker-compose.yml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, </w:t>
            </w: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docker/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, </w:t>
            </w: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.env.example</w:t>
            </w:r>
          </w:p>
        </w:tc>
        <w:tc>
          <w:tcPr>
            <w:tcW w:type="dxa" w:w="33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Git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ไม่รวม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2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องสภาพแวดล้อม</w:t>
            </w:r>
          </w:p>
        </w:tc>
        <w:tc>
          <w:tcPr>
            <w:tcW w:type="dxa" w:w="2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288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.env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, </w:t>
            </w: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app/config.php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 บนเครื่องที่ติดตั้ง</w:t>
            </w:r>
          </w:p>
        </w:tc>
        <w:tc>
          <w:tcPr>
            <w:tcW w:type="dxa" w:w="33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2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ไม่ควบคุมใน Git สร้างขึ้นตอนติดตั้งด้วย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docker/init-env.sh</w:t>
            </w:r>
          </w:p>
        </w:tc>
      </w:tr>
      <w:tr>
        <w:trPr>
          <w:trHeight w:hRule="exact" w:val="45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2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Work Products</w:t>
            </w:r>
          </w:p>
        </w:tc>
        <w:tc>
          <w:tcPr>
            <w:tcW w:type="dxa" w:w="2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42" w:after="0"/>
              <w:ind w:left="106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sdlc/</w:t>
            </w:r>
          </w:p>
        </w:tc>
        <w:tc>
          <w:tcPr>
            <w:tcW w:type="dxa" w:w="33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Git (Markdown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ต้นฉบับ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</w:tr>
      <w:tr>
        <w:trPr>
          <w:trHeight w:hRule="exact" w:val="704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7</w:t>
            </w:r>
          </w:p>
        </w:tc>
        <w:tc>
          <w:tcPr>
            <w:tcW w:type="dxa" w:w="27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(PDF)</w:t>
            </w:r>
          </w:p>
        </w:tc>
        <w:tc>
          <w:tcPr>
            <w:tcW w:type="dxa" w:w="23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8" w:after="0"/>
              <w:ind w:left="106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sdlc-delivery/</w:t>
            </w:r>
          </w:p>
        </w:tc>
        <w:tc>
          <w:tcPr>
            <w:tcW w:type="dxa" w:w="33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Git สร้างจาก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sdlc/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ด้วย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scripts/build-sdlc-delivery.sh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การควบคุมเวอร์ชันและการเข้าถึง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3098"/>
        <w:gridCol w:w="5973"/>
      </w:tblGrid>
      <w:tr>
        <w:trPr>
          <w:trHeight w:hRule="exact" w:val="450"/>
        </w:trPr>
        <w:tc>
          <w:tcPr>
            <w:tcW w:type="dxa" w:w="3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59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3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 (origin)</w:t>
            </w:r>
          </w:p>
        </w:tc>
        <w:tc>
          <w:tcPr>
            <w:tcW w:type="dxa" w:w="59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6" w:after="0"/>
              <w:ind w:left="118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git@188.166.228.62:nok/wms-app.git</w:t>
            </w:r>
          </w:p>
        </w:tc>
      </w:tr>
      <w:tr>
        <w:trPr>
          <w:trHeight w:hRule="exact" w:val="450"/>
        </w:trPr>
        <w:tc>
          <w:tcPr>
            <w:tcW w:type="dxa" w:w="3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(backup)</w:t>
            </w:r>
          </w:p>
        </w:tc>
        <w:tc>
          <w:tcPr>
            <w:tcW w:type="dxa" w:w="59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8" w:after="0"/>
              <w:ind w:left="118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git@github.com:thanakorninbox-dev/wms-app.git</w:t>
            </w:r>
          </w:p>
        </w:tc>
      </w:tr>
      <w:tr>
        <w:trPr>
          <w:trHeight w:hRule="exact" w:val="450"/>
        </w:trPr>
        <w:tc>
          <w:tcPr>
            <w:tcW w:type="dxa" w:w="3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Branch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  <w:tc>
          <w:tcPr>
            <w:tcW w:type="dxa" w:w="59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main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 เป็น Baseline ที่ควบคุม</w:t>
            </w:r>
          </w:p>
        </w:tc>
      </w:tr>
      <w:tr>
        <w:trPr>
          <w:trHeight w:hRule="exact" w:val="434"/>
        </w:trPr>
        <w:tc>
          <w:tcPr>
            <w:tcW w:type="dxa" w:w="3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Baseline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องระบบที่ส่งมอบ</w:t>
            </w:r>
          </w:p>
        </w:tc>
        <w:tc>
          <w:tcPr>
            <w:tcW w:type="dxa" w:w="59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4" w:lineRule="exact" w:before="12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6c39700</w:t>
            </w:r>
          </w:p>
        </w:tc>
      </w:tr>
      <w:tr>
        <w:trPr>
          <w:trHeight w:hRule="exact" w:val="450"/>
        </w:trPr>
        <w:tc>
          <w:tcPr>
            <w:tcW w:type="dxa" w:w="3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้าถึง</w:t>
            </w:r>
          </w:p>
        </w:tc>
        <w:tc>
          <w:tcPr>
            <w:tcW w:type="dxa" w:w="59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ยืนยันตัวตนด้วย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SSH Key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ตามบทบาท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องสมาชิ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416" w:lineRule="exact" w:before="224" w:after="0"/>
        <w:ind w:left="25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>ารเชื่อมโยง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>ับ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>ารเปลี่ยนแปลง</w:t>
      </w:r>
      <w:r>
        <w:rPr>
          <w:rFonts w:ascii="Leelawadee UI" w:hAnsi="Leelawadee UI" w:cs="Leelawadee UI" w:eastAsia="Leelawadee UI"/>
        </w:rPr>
        <w:br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ารเปลี่ยนแปลง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Configuration Item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ต้องพิจารณาตามเ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ณฑ์ใน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Change Report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และ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้ไ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ขข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้อบ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พร่องต้อง</w:t>
      </w:r>
    </w:p>
    <w:p>
      <w:pPr>
        <w:autoSpaceDN w:val="0"/>
        <w:autoSpaceDE w:val="0"/>
        <w:widowControl/>
        <w:spacing w:line="244" w:lineRule="exact" w:before="7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บันทึ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ใน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Correction Register (ISS-001–ISS-028)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โดยทุ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ราย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ารเชื่อมโยง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ับ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Commit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ที่ตรวจสอบได้ใน</w:t>
      </w:r>
    </w:p>
    <w:p>
      <w:pPr>
        <w:autoSpaceDN w:val="0"/>
        <w:autoSpaceDE w:val="0"/>
        <w:widowControl/>
        <w:spacing w:line="210" w:lineRule="exact" w:before="9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Repository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SC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configuration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