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Customer Requirements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(Customer Requirements)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เอกสารฉบับนี้จัดทำขึ้นเพื่อบันทึกและสรุปความต้องการของลูกค้า (Customer Requirements) ตามกระบวนการ ISO/IEC 29110 สำหรับใช้เป็นพื้นฐานในการจัดทำ Software Requirements Specification, การออกแบบระบบ, การทดสอบ และการตรวจรับ ของโครงการพัฒนาระบบบริหารจัดการคลังสินค้า (BRN WMS) บริษัท บี.อาร์.เอ็น เอ็นเตอร์ไพรส์ จำกัด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2546"/>
        <w:gridCol w:w="1915"/>
        <w:gridCol w:w="3955"/>
      </w:tblGrid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9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(CEO)</w:t>
            </w:r>
          </w:p>
        </w:tc>
        <w:tc>
          <w:tcPr>
            <w:tcW w:type="dxa" w:w="39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อนุมัติและตัดสินใจเชิง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ลยุทธ์</w:t>
            </w:r>
          </w:p>
        </w:tc>
      </w:tr>
      <w:tr>
        <w:trPr>
          <w:trHeight w:hRule="exact" w:val="43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9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ราะห์ระบบ</w:t>
            </w:r>
          </w:p>
        </w:tc>
        <w:tc>
          <w:tcPr>
            <w:tcW w:type="dxa" w:w="39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เก็บและวิเคราะห์ความต้องการ จัดทำเอกสาร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39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ให้ข้อมูลกระบวนการรับเข้า จ่ายออก โอนย้าย และตรวจนับ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ายและฝ่ายจัดซื้อ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39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ายและจัดซื้อ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5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  <w:tc>
          <w:tcPr>
            <w:tcW w:type="dxa" w:w="1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39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ความต้องการเชิงหน้าที่และไม่ใช่หน้าที่ (Functional and Non-Functional Requirements)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7251"/>
        <w:gridCol w:w="835"/>
      </w:tblGrid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 Feature &amp; Functional Characteristics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(Onboarding)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Owner, 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Viewer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7251"/>
        <w:gridCol w:w="835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CR01:005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CR01:006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CR01:007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CR01:008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(Stock-out)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โดยตรวจสอบสิทธิ์และยอด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่อนจ่าย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CR01:009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CR01:010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และวันหมดอายุ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CR01:015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CR01:017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CR01:018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CR01:019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CR01:020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้องเมื่อสถานะเอ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 Performance Considerations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ภายในเวลาที่ใช้งานได้จริงบนสภาพแวดล้อม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เพื่อให้แดชบอร์ดและรายงานแสดงผลได้โดยไม่ต้อง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ลงสำหรับสภาพแวดล้อมใช้งานจริง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 Interface Considerations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7251"/>
        <w:gridCol w:w="835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ระบบต้องส่งเหตุ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ารณ์ไปยังบริ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ภายในที่ป้อง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Secret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Socket.IO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ารแจ้งเตือนแบบ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Real-time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CR03:005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 Required System Characteristics</w:t>
            </w:r>
          </w:p>
        </w:tc>
      </w:tr>
      <w:tr>
        <w:trPr>
          <w:trHeight w:hRule="exact" w:val="4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Web-based Application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Relational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Referential Integrity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Username/Password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ำหนดบทบาทผู้ใช้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 Human Engineering Considerations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ใช้งานได้ทั้งบน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(Tablet/Mobile)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องผู้ใช้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CR05:005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้ดในรูปแบบที่ใช้งานได้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 Security Considerations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HTTPS/TLS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องระบบต้องไม่ถู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เว็บสาธารณะ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(Role-based Access Control)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และฝั่งเซิร์ฟเวอร์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CR06:005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Cross-Site Scripting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CR06:006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้าสู่ระบบซ้ำซ้อน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(Concurrent Login)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องบัญชีเดียว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 Environmental Considerations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ในรูปแบบติดตั้งเอง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(LAMP)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อย่างสม่ำเสมอทั้งแอปพลิเ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 Browser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้อมูลใช้งานจริงได้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 Operational Considerations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้อมูลอัตโนมัติรายวัน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7251"/>
        <w:gridCol w:w="835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ารเฝ้าระวังสถานะบริ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Web,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พร้อมแจ้งเตือนเมื่อ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(Multi-company)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CR08:005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ินสิทธิ์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 Maintenance Considerations</w:t>
            </w:r>
          </w:p>
        </w:tc>
      </w:tr>
      <w:tr>
        <w:trPr>
          <w:trHeight w:hRule="exact" w:val="4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ซอฟต์แวร์ต้องมีโ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รงสร้างแบบโมดูล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(Manager Classes / API)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เพื่อให้แ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ระทบส่วนอื่น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(Configuration 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แล้ว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้อมูลต้องสะท้อนใน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และตาราง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schema_migrations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 Installation Considerations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setup.php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 up -d --build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(docker/init-env.sh)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 Support Considerations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(Software User Document)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ู่มือปฏิบัติงานสำหรับผู้ดูแลระบบ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(Product Operation Guide)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่อนเปิดใช้งานจริง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หลังส่งมอบ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 Design Constraints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ระบบต้องพัฒนาด้วย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ตามที่อง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รอนุมัติ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วามธรรมดา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ISO/IEC 29110 Basic Profile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 Safety and Reliability Considerations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+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+ GL)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ลื่อนไหวซ้ำซ้อน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&amp; Recovery)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Fatal Error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 Quality Expectations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7251"/>
        <w:gridCol w:w="835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Result*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CR14:001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่อนส่งมอบ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CR14:002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CR14:003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้าบนสภาพแวดล้อมใช้งานจริง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CR14:004</w:t>
            </w:r>
          </w:p>
        </w:tc>
        <w:tc>
          <w:tcPr>
            <w:tcW w:type="dxa" w:w="72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เอกสารฉบับนี้รวมความต้องการที่ได้จากการทบทวนขอบเขตงานร่วมกับลูกค้า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การเปลี่ยนแปลงความต้องการหลังอนุมัติต้องดำเนินการผ่าน Change Report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ustomer-requiremen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